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Paz,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Jacques Cousteau called the Sea of Cortez the 'Aquarium of the World' — La Paz is your front door to it. Swim with whale sharks, snorkel with sea lions, or simply stroll the sculpture-lined Malecón as the desert sun sets over the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(Pichilingue, ~18 km from town) · 🕒 Typical call: 7-10 hrs · 💵 Mexican Peso (USD widely accepted) · 🗣️ Spanish (English at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Puerto de Pichilingue, ~18 km (11 mi) north of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taxi 20-25 min ($20-25 USD) or cruise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sharks, snorkeling, eco-tours, pristine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Playa Balandra — consistently voted Mexico's most beautiful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$40 one-way (up to 4 passengers) — Taxis wait at the terminal and offer a direct ride to downtown or the marina. Negotiate and confirm the fare before depa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Whale Sharks — </w:t>
      </w:r>
      <w:r>
        <w:rPr>
          <w:rFonts w:ascii="Arial" w:hAnsi="Arial" w:cs="Arial"/>
          <w:b w:val="0"/>
          <w:i w:val="0"/>
          <w:sz w:val="20"/>
        </w:rPr>
        <w:t>One of the world's best whale shark encounters, right in La Paz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Espíritu Santo Sea Lion Snorkel — </w:t>
      </w:r>
      <w:r>
        <w:rPr>
          <w:rFonts w:ascii="Arial" w:hAnsi="Arial" w:cs="Arial"/>
          <w:b w:val="0"/>
          <w:i w:val="0"/>
          <w:sz w:val="20"/>
        </w:rPr>
        <w:t>This UNESCO biosphere island hosts a colony of playful California sea lions.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Balandra Day — </w:t>
      </w:r>
      <w:r>
        <w:rPr>
          <w:rFonts w:ascii="Arial" w:hAnsi="Arial" w:cs="Arial"/>
          <w:b w:val="0"/>
          <w:i w:val="0"/>
          <w:sz w:val="20"/>
        </w:rPr>
        <w:t>Mexico's most photographed beach: a sheltered, waist-deep cove of turquoise water framed by the iconic mushroom rock.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Paz Malecón &amp; City Walk — </w:t>
      </w:r>
      <w:r>
        <w:rPr>
          <w:rFonts w:ascii="Arial" w:hAnsi="Arial" w:cs="Arial"/>
          <w:b w:val="0"/>
          <w:i w:val="0"/>
          <w:sz w:val="20"/>
        </w:rPr>
        <w:t>The 5 km waterfront boardwalk is lined with bronze sculptures (including a giant pearl and a Jacques Cousteau tribute), palm…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Snorkeling near La Paz Bay — </w:t>
      </w:r>
      <w:r>
        <w:rPr>
          <w:rFonts w:ascii="Arial" w:hAnsi="Arial" w:cs="Arial"/>
          <w:b w:val="0"/>
          <w:i w:val="0"/>
          <w:sz w:val="20"/>
        </w:rPr>
        <w:t>Guided kayak and snorkel tours combine paddling the sheltered bays near Pichilingue with snorkeling over reefs rich with tropical…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Boardwalk to Cathedral: </w:t>
      </w:r>
      <w:r>
        <w:rPr>
          <w:rFonts w:ascii="Arial" w:hAnsi="Arial" w:cs="Arial"/>
          <w:b w:val="0"/>
          <w:i w:val="0"/>
          <w:sz w:val="20"/>
        </w:rPr>
        <w:t>2-3 km | Easy | 45-75 min — Start at the shuttle drop-off near the Malecón's north end and walk south along the waterfront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5:38AM–6:57PM · Jul 5:42AM–7:11PM · Sep 6:07AM–6:24PM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cruiseports.org/la-paz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Paz, Baja California Sur,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pa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Baja Expeditions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Los Músicos Santa Cecilia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Serpentario de La Paz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Our Lady of Guadalupe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Kiosco del Malecón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 La Paz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Nuestra Señora de La Paz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Escultura Paraíso del Mar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