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La Crosse, Wisconsin,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Perched where Wisconsin, Minnesota, and Iowa meet, La Crosse greets river cruisers with towering bluffs, a lively historic downtown, and genuine Midwest hospitality right off the dock.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(Riverside Park pier) · 🕒 Typical call: 6-8 hrs · 💵 US Dollar · 🗣️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Docked at Riverside Park, central downtown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 min on foot to Main Street shops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Bluff views, craft beer, river history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Grandad Bluff overlook &amp; cheese curds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$6-$18 — Local cabs (Bee Cab, Bullet Cab, Coulee Region Taxi) serve the area. The short distance to downtown means fares will be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Grandad Bluff Overlook — </w:t>
      </w:r>
      <w:r>
        <w:rPr>
          <w:rFonts w:ascii="Arial" w:hAnsi="Arial" w:cs="Arial"/>
          <w:b w:val="0"/>
          <w:i w:val="0"/>
          <w:sz w:val="20"/>
        </w:rPr>
        <w:t>At 600 feet above the city, Grandad Bluff delivers sweeping views of the Mississippi River valley stretching into three states.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Riverside Park &amp; River Heritage — </w:t>
      </w:r>
      <w:r>
        <w:rPr>
          <w:rFonts w:ascii="Arial" w:hAnsi="Arial" w:cs="Arial"/>
          <w:b w:val="0"/>
          <w:i w:val="0"/>
          <w:sz w:val="20"/>
        </w:rPr>
        <w:t>The park at the dock is home to the beautiful paddlewheel boat La Crosse Queen and interpretive displays on Mississippi River…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Historic Downtown Walk — </w:t>
      </w:r>
      <w:r>
        <w:rPr>
          <w:rFonts w:ascii="Arial" w:hAnsi="Arial" w:cs="Arial"/>
          <w:b w:val="0"/>
          <w:i w:val="0"/>
          <w:sz w:val="20"/>
        </w:rPr>
        <w:t>Five minutes from the dock, La Crosse's downtown blends Victorian storefronts with craft breweries, local boutiques, murals,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Blufflands Trail Hike — </w:t>
      </w:r>
      <w:r>
        <w:rPr>
          <w:rFonts w:ascii="Arial" w:hAnsi="Arial" w:cs="Arial"/>
          <w:b w:val="0"/>
          <w:i w:val="0"/>
          <w:sz w:val="20"/>
        </w:rPr>
        <w:t>For the active crowd, the City of La Crosse maintains bluff-side trails accessible from Grandad Bluff Park with moderate hiking…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Wisconsin Food &amp; Drink Trail — </w:t>
      </w:r>
      <w:r>
        <w:rPr>
          <w:rFonts w:ascii="Arial" w:hAnsi="Arial" w:cs="Arial"/>
          <w:b w:val="0"/>
          <w:i w:val="0"/>
          <w:sz w:val="20"/>
        </w:rPr>
        <w:t>La Crosse is the perfect place to try Wisconsin staples: deep-fried cheese curds at a downtown pub, a Spotted Cow farmhouse ale…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Riverside Park to Downtown: </w:t>
      </w:r>
      <w:r>
        <w:rPr>
          <w:rFonts w:ascii="Arial" w:hAnsi="Arial" w:cs="Arial"/>
          <w:b w:val="0"/>
          <w:i w:val="0"/>
          <w:sz w:val="20"/>
        </w:rPr>
        <w:t>0.5 miles · 10 min · Flat · Easy — Walk east from the dock along the Riverside Park path to the heart of downtown.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Downtown Heritage Loop: </w:t>
      </w:r>
      <w:r>
        <w:rPr>
          <w:rFonts w:ascii="Arial" w:hAnsi="Arial" w:cs="Arial"/>
          <w:b w:val="0"/>
          <w:i w:val="0"/>
          <w:sz w:val="20"/>
        </w:rPr>
        <w:t>1.5 miles · 30 min · Flat · Easy — Explore the compact historic downtown: walk along 3rd and 4th Streets past Victorian architecture…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5:39AM–8:23PM · Jul 5:37AM–8:44PM · Sep 6:44AM–7:14PM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cruiseports.org/la-crosse-wi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La Crosse, Wisconsin,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a-crosse-wi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Grandad Bluff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Red Cloud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Riverside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Poage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Pump House Regional Arts Center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 Crosse Escape Room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Historic Hixon House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Riverside International Friendship Gardens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