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La Ciotat, Provence,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the Lumière brothers invented cinema and locals still play pétanque beside a harbor ringed with ochre cliffs — La Ciotat is the French Riviera without the glitz.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7-9 hrs · 💶 Currency: Euro (€) · 🗣️ Language: French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the bay; tenders land at Vieux Port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 min — tender drops right at the Old Port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calanques, beaches, Provençal 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Eden Théâtre (world's oldest cinema) &amp; Calanque de Figuerolles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€17–€21 — Taxis are available but not always plentiful at the pier. Pre-booking is advisable, especially for excursions to Cassis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Calanques Boat Tour — </w:t>
      </w:r>
      <w:r>
        <w:rPr>
          <w:rFonts w:ascii="Arial" w:hAnsi="Arial" w:cs="Arial"/>
          <w:b w:val="0"/>
          <w:i w:val="0"/>
          <w:sz w:val="20"/>
        </w:rPr>
        <w:t>Small boats depart regularly from the Vieux Port for tours of La Ciotat's dramatic ochre-and-poudingue calanques, continuing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Eden Théâtre — World's Oldest Cinema — </w:t>
      </w:r>
      <w:r>
        <w:rPr>
          <w:rFonts w:ascii="Arial" w:hAnsi="Arial" w:cs="Arial"/>
          <w:b w:val="0"/>
          <w:i w:val="0"/>
          <w:sz w:val="20"/>
        </w:rPr>
        <w:t>Opened in 1889 and where the Lumière brothers screened some of history's first projected films in 1895, the beautifully restored…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Parc du Mugel &amp; Calanque du Mugel — </w:t>
      </w:r>
      <w:r>
        <w:rPr>
          <w:rFonts w:ascii="Arial" w:hAnsi="Arial" w:cs="Arial"/>
          <w:b w:val="0"/>
          <w:i w:val="0"/>
          <w:sz w:val="20"/>
        </w:rPr>
        <w:t>A free 30-acre botanical park at the base of the Eagle's Beak cliff, with tropical plants, sweeping sea views, and a sheltered…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 Trip to Cassis — </w:t>
      </w:r>
      <w:r>
        <w:rPr>
          <w:rFonts w:ascii="Arial" w:hAnsi="Arial" w:cs="Arial"/>
          <w:b w:val="0"/>
          <w:i w:val="0"/>
          <w:sz w:val="20"/>
        </w:rPr>
        <w:t>The elegant AOC wine village of Cassis is about 30 minutes by bus (Line M05, ~€2-4 each way) with its own stunning calanques…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Calanque de Figuerolles Hike — </w:t>
      </w:r>
      <w:r>
        <w:rPr>
          <w:rFonts w:ascii="Arial" w:hAnsi="Arial" w:cs="Arial"/>
          <w:b w:val="0"/>
          <w:i w:val="0"/>
          <w:sz w:val="20"/>
        </w:rPr>
        <w:t>A 25-minute walk from the port leads to this spectacular red-rock inlet where steep stairs descend to clear turquoise water.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Port to Eden Théâtre &amp; Old Town: </w:t>
      </w:r>
      <w:r>
        <w:rPr>
          <w:rFonts w:ascii="Arial" w:hAnsi="Arial" w:cs="Arial"/>
          <w:b w:val="0"/>
          <w:i w:val="0"/>
          <w:sz w:val="20"/>
        </w:rPr>
        <w:t>1.5 km · 20-30 min · Flat — From the tender landing at the Vieux Port, walk along the harbor promenade past the fishing boats…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 to Parc du Mugel &amp; Calanque du Mugel: </w:t>
      </w:r>
      <w:r>
        <w:rPr>
          <w:rFonts w:ascii="Arial" w:hAnsi="Arial" w:cs="Arial"/>
          <w:b w:val="0"/>
          <w:i w:val="0"/>
          <w:sz w:val="20"/>
        </w:rPr>
        <w:t>2.5 km · 30-40 min · Gentle uphill — Head southwest from the Vieux Port along Boulevard Beaurivage to the entrance of Parc du Mugel.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Beach Walk to Grande Plage: </w:t>
      </w:r>
      <w:r>
        <w:rPr>
          <w:rFonts w:ascii="Arial" w:hAnsi="Arial" w:cs="Arial"/>
          <w:b w:val="0"/>
          <w:i w:val="0"/>
          <w:sz w:val="20"/>
        </w:rPr>
        <w:t>1.5 km · 20 min · Flat — Walk east along the seafront boulevard from the Vieux Port past the promenade gardens to La Grande…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6:14AM–8:54PM · Jul 6:11AM–9:14PM · Sep 7:17AM–7:47PM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cruiseports.org/la-ciotat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La Ciotat, Provence,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a-ciotat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Tauroentum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the Foreign Legion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Green Island Shuttle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 national des Calanques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Plage Lumière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ZOA Parc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Eglise Saint André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 du Mugel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