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Kyle of Lochalsh, Scottish Highlands,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small Highland village with an outsized doorstep — the Isle of Skye is literally steps away across the iconic Skye Bridge, with the world-famous Eilean Donan Castle just 8 miles down the loch.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(small ships may dock) · 🕒 Typical call: 6-8 hrs · 💷 British Pound (GBP) · 🗣️ English / Scottish Gaelic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ships; small expedition vessels can dock at Lochalsh Railway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2–5 min flat walk from tender pontoon to village shops and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Isle of Skye day trips, Eilean Donan Castle, scenic railway to Plockton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Walking the Skye Bridge and a Seaprobe Atlantis glass-bottom boat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£7–£15 — Several local firms serve the area including Kyle Taxi Company, Alan's Taxi Kyle, and Lochalsh Taxis. Short village hops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Isle of Skye Highlights Tour — </w:t>
      </w:r>
      <w:r>
        <w:rPr>
          <w:rFonts w:ascii="Arial" w:hAnsi="Arial" w:cs="Arial"/>
          <w:b w:val="0"/>
          <w:i w:val="0"/>
          <w:sz w:val="20"/>
        </w:rPr>
        <w:t>Cross the Skye Bridge and explore Skye's dramatic landscapes — the Old Man of Storr, Trotternish Ridge, Portree harbour, 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Eilean Donan Castle — </w:t>
      </w:r>
      <w:r>
        <w:rPr>
          <w:rFonts w:ascii="Arial" w:hAnsi="Arial" w:cs="Arial"/>
          <w:b w:val="0"/>
          <w:i w:val="0"/>
          <w:sz w:val="20"/>
        </w:rPr>
        <w:t>Eight miles east in Dornie, this photogenic 13th-century castle sits where three sea lochs meet.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Seaprobe Atlantis Glass-Bottom Boat — </w:t>
      </w:r>
      <w:r>
        <w:rPr>
          <w:rFonts w:ascii="Arial" w:hAnsi="Arial" w:cs="Arial"/>
          <w:b w:val="0"/>
          <w:i w:val="0"/>
          <w:sz w:val="20"/>
        </w:rPr>
        <w:t>Board Scotland's premier semi-submersible right from the Kyle Pontoon for views of kelp forests, seals, otters, and the WWII…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Scenic Railway to Plockton — </w:t>
      </w:r>
      <w:r>
        <w:rPr>
          <w:rFonts w:ascii="Arial" w:hAnsi="Arial" w:cs="Arial"/>
          <w:b w:val="0"/>
          <w:i w:val="0"/>
          <w:sz w:val="20"/>
        </w:rPr>
        <w:t>Jump on the Kyle Line — one of Britain's most beautiful railways — for a 15-minute ride to Plockton, a picture-perfect village…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Kyleakin &amp; Castle Moil — </w:t>
      </w:r>
      <w:r>
        <w:rPr>
          <w:rFonts w:ascii="Arial" w:hAnsi="Arial" w:cs="Arial"/>
          <w:b w:val="0"/>
          <w:i w:val="0"/>
          <w:sz w:val="20"/>
        </w:rPr>
        <w:t>Cross the Skye Bridge on foot (free, ~45 min one-way) to Kyleakin village on Skye.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Plock Viewpoint: </w:t>
      </w:r>
      <w:r>
        <w:rPr>
          <w:rFonts w:ascii="Arial" w:hAnsi="Arial" w:cs="Arial"/>
          <w:b w:val="0"/>
          <w:i w:val="0"/>
          <w:sz w:val="20"/>
        </w:rPr>
        <w:t>1.5 km round-trip | Easy–Moderate | 30–40 min — From the village centre, a 10–15 minute uphill walk brings you to The Plock, a community-owned…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Skye Bridge Walk: </w:t>
      </w:r>
      <w:r>
        <w:rPr>
          <w:rFonts w:ascii="Arial" w:hAnsi="Arial" w:cs="Arial"/>
          <w:b w:val="0"/>
          <w:i w:val="0"/>
          <w:sz w:val="20"/>
        </w:rPr>
        <w:t>2.4 km one-way | Easy | 30–45 min one-way — Walk the full length of the Skye Bridge on its dedicated pedestrian path.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5:02AM–9:36PM · Jul 4:49AM–10:07PM · Sep 6:54AM–7:40PM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cruiseports.org/kyle-of-lochalsh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Kyle of Lochalsh, Scottish Highlands,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yle-of-lochals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Moil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Loch Alsh Viewpoint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Balmacara Estate Visitor Centre (National Trust for Scotland)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Calum's Seal Trips.(Free if no seals)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Otter Hide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Eilean Donan Lookout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Strome Castle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