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Kupreanof Island, Southeast Alaska,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Inside Passage's most authentic escapes — no souvenir shops, no crowds, just Tlingit history, towering old-growth forest, and black bears fishing the creeks. Small ships only.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(anchor &amp; skiff ashore) · 🕒 Typical call: 5–7 hrs · 💵 USD · 🗣️ English / Tlingit · 🌲 Small expedition ships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/ skiff — ships anchor; no large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Dock opens directly onto Kake village; totem pole ~5 min walk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Tlingit culture, bear viewing, wilderness hiking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Kake's 132-ft totem pole &amp; Gunnuk Creek bear platform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From ~$80/person — Water taxis connect Kupreanof State Dock to nearby Petersburg (Mitkof Island). Book in advance; services accommodate sma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Gunnuk Creek Bear Viewing — </w:t>
      </w:r>
      <w:r>
        <w:rPr>
          <w:rFonts w:ascii="Arial" w:hAnsi="Arial" w:cs="Arial"/>
          <w:b w:val="0"/>
          <w:i w:val="0"/>
          <w:sz w:val="20"/>
        </w:rPr>
        <w:t>Watch black bears fishing for salmon from a dedicated viewing platform at the old Gunnuk Creek Fish Hatchery.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Tlingit Cultural Experience at Keex' Kwaan Lodge — </w:t>
      </w:r>
      <w:r>
        <w:rPr>
          <w:rFonts w:ascii="Arial" w:hAnsi="Arial" w:cs="Arial"/>
          <w:b w:val="0"/>
          <w:i w:val="0"/>
          <w:sz w:val="20"/>
        </w:rPr>
        <w:t>Witness traditional Tlingit regalia and dance performances by the Keex' Kwaan dancers at the lodge.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Kake's 132-Foot Totem Pole — </w:t>
      </w:r>
      <w:r>
        <w:rPr>
          <w:rFonts w:ascii="Arial" w:hAnsi="Arial" w:cs="Arial"/>
          <w:b w:val="0"/>
          <w:i w:val="0"/>
          <w:sz w:val="20"/>
        </w:rPr>
        <w:t>Standing 132 feet, this pole — raised in 1971 and long celebrated as the tallest totem pole carved by a Native carver and raised…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Logging Road Exploration by Vehicle — </w:t>
      </w:r>
      <w:r>
        <w:rPr>
          <w:rFonts w:ascii="Arial" w:hAnsi="Arial" w:cs="Arial"/>
          <w:b w:val="0"/>
          <w:i w:val="0"/>
          <w:sz w:val="20"/>
        </w:rPr>
        <w:t>Over 120 miles of logging roads wind through Kupreanof Island's Tongass National Forest, offering access to mountain vistas…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Tlingit Canoe Trip — </w:t>
      </w:r>
      <w:r>
        <w:rPr>
          <w:rFonts w:ascii="Arial" w:hAnsi="Arial" w:cs="Arial"/>
          <w:b w:val="0"/>
          <w:i w:val="0"/>
          <w:sz w:val="20"/>
        </w:rPr>
        <w:t>Paddle with local Tlingit guides in traditional-style canoes from near the cruise dock.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Kake Village &amp; Totem Pole Walk: </w:t>
      </w:r>
      <w:r>
        <w:rPr>
          <w:rFonts w:ascii="Arial" w:hAnsi="Arial" w:cs="Arial"/>
          <w:b w:val="0"/>
          <w:i w:val="0"/>
          <w:sz w:val="20"/>
        </w:rPr>
        <w:t>0.5 mi · Easy · 20–30 min — From the Kake dock, walk into the village to see Kake's 132-ft ceremonial totem pole, the historic…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Kake Waterfront &amp; Eagle Watching: </w:t>
      </w:r>
      <w:r>
        <w:rPr>
          <w:rFonts w:ascii="Arial" w:hAnsi="Arial" w:cs="Arial"/>
          <w:b w:val="0"/>
          <w:i w:val="0"/>
          <w:sz w:val="20"/>
        </w:rPr>
        <w:t>0.5–1 mi · Easy · 30–45 min — Stroll the Kake waterfront along the inlet.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5:46AM–8:06PM · Jun 4:01AM–9:51PM · Aug 5:24AM–8:34PM · Sep 6:27AM–7:12PM · Oct 7:30AM–5:51PM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Bear awareness is real: Black bears occasionally walk through Kake village. Walk in groups, make noise on trails, and follow your ship naturalist's guidance.…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Waterproof boots are essential: Southeast Alaska's temperate rainforest means rain is likely. Xtratufs or waterproof hiking boots are strongly recommended…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Minimal cell service: Don't count on your phone for navigation or communication ashore. Download offline maps before leaving the ship and carry a printed ship…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cruiseports.org/kupreanof-island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