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Kuda Finolhu Island, Baa Atoll, Maldives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speck of dazzling white coral sand ringed by an impossibly turquoise lagoon — Kuda Finolhu is one of the Maldives' most photogenic private islands, and a rare shore day built entirely around beach, reef, and doing absolutely nothing at speed.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6–8 hrs · 💵 USD &amp; credit cards accepted · 🗣️ Dhivehi / English · 🏖️ Private resort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small boats ferry guests to the island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size: </w:t>
      </w:r>
      <w:r>
        <w:rPr>
          <w:rFonts w:ascii="Arial" w:hAnsi="Arial" w:cs="Arial"/>
          <w:b w:val="0"/>
          <w:i w:val="0"/>
          <w:sz w:val="20"/>
        </w:rPr>
        <w:t>Tiny — end-to-end stroll takes 10–15 minutes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relaxation, reef snorkeling, overwater villa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the low-tide sandbar off the island's tip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Beach Day — </w:t>
      </w:r>
      <w:r>
        <w:rPr>
          <w:rFonts w:ascii="Arial" w:hAnsi="Arial" w:cs="Arial"/>
          <w:b w:val="0"/>
          <w:i w:val="0"/>
          <w:sz w:val="20"/>
        </w:rPr>
        <w:t>Claim a sun lounger on the powdery white sand, wade into the warm shallow lagoon, and watch baby blacktip reef sharks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Coral Reef Snorkeling Boat Trip — </w:t>
      </w:r>
      <w:r>
        <w:rPr>
          <w:rFonts w:ascii="Arial" w:hAnsi="Arial" w:cs="Arial"/>
          <w:b w:val="0"/>
          <w:i w:val="0"/>
          <w:sz w:val="20"/>
        </w:rPr>
        <w:t>A short boat ride to the outer reef drop-off reveals sea turtles, eagle rays, and vibrant coral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Baa Atoll — </w:t>
      </w:r>
      <w:r>
        <w:rPr>
          <w:rFonts w:ascii="Arial" w:hAnsi="Arial" w:cs="Arial"/>
          <w:b w:val="0"/>
          <w:i w:val="0"/>
          <w:sz w:val="20"/>
        </w:rPr>
        <w:t>Certified divers can join guided drift dives on the outer reef, one of the Indian Ocean's premier dive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Overwater Spa Treatment — </w:t>
      </w:r>
      <w:r>
        <w:rPr>
          <w:rFonts w:ascii="Arial" w:hAnsi="Arial" w:cs="Arial"/>
          <w:b w:val="0"/>
          <w:i w:val="0"/>
          <w:sz w:val="20"/>
        </w:rPr>
        <w:t>The resort's Cove Club spa offers massages and treatments in a serene overwater setting, with the warm lagoon all around.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Motorized Water Sports — </w:t>
      </w:r>
      <w:r>
        <w:rPr>
          <w:rFonts w:ascii="Arial" w:hAnsi="Arial" w:cs="Arial"/>
          <w:b w:val="0"/>
          <w:i w:val="0"/>
          <w:sz w:val="20"/>
        </w:rPr>
        <w:t>Jet skiing, parasailing, and seabob rentals are usually available through the resort's water sports centre for an extra charge…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Circuit &amp; Sandbar Walk: </w:t>
      </w:r>
      <w:r>
        <w:rPr>
          <w:rFonts w:ascii="Arial" w:hAnsi="Arial" w:cs="Arial"/>
          <w:b w:val="0"/>
          <w:i w:val="0"/>
          <w:sz w:val="20"/>
        </w:rPr>
        <w:t>1 km · 20 min · Easy · Flat sand — Start at the resort jetty and loop the entire island on sandy paths and wooden boardwalks.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cruiseports.org/kuda-finolhu-island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