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Kristiansund, Møre og Romsdal,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Built across four islands after WWII bombing leveled the old town, Kristiansund punches above its size — gateway to the Atlantic Ocean Road, home to the world's oldest continuously running public ferry, and the undisputed clipfish capital of Norway.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(Storkaia, city center) · 🕒 Typical call: 6-8 hrs · 💵 Norwegian Krone (NOK) — nearly cashless · 🗣️ Norwegian / English widely spoken · 🐟 Clipfish capital of the world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Storkaia pier, central Kirkelandet island — 1-5 min walk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to main square; 20-25 min uphill to Varden viewpoint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Atlantic Ocean Road drive, island-hopping by ferry, Norwegian coastal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Sundbåten ferry (since 1876) and Kirkelandet Church's 320 stained-glass windows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100–200 NOK (short trip) — Local taxis are available near the port. A short in-town ride runs roughly 100–200 NOK; longer trips to outlying areas 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Atlantic Ocean Road Drive — </w:t>
      </w:r>
      <w:r>
        <w:rPr>
          <w:rFonts w:ascii="Arial" w:hAnsi="Arial" w:cs="Arial"/>
          <w:b w:val="0"/>
          <w:i w:val="0"/>
          <w:sz w:val="20"/>
        </w:rPr>
        <w:t>An 8.3 km ribbon of bridges leaping between islands above the open Atlantic — consistently voted one of the world's most scenic…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Norwegian Clipfish Museum — </w:t>
      </w:r>
      <w:r>
        <w:rPr>
          <w:rFonts w:ascii="Arial" w:hAnsi="Arial" w:cs="Arial"/>
          <w:b w:val="0"/>
          <w:i w:val="0"/>
          <w:sz w:val="20"/>
        </w:rPr>
        <w:t>Kristiansund made its fortune drying cod on coastal rocks and shipping 'klippfisk' to Spain, Portugal, and Brazil.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Grip Island Day Trip — </w:t>
      </w:r>
      <w:r>
        <w:rPr>
          <w:rFonts w:ascii="Arial" w:hAnsi="Arial" w:cs="Arial"/>
          <w:b w:val="0"/>
          <w:i w:val="0"/>
          <w:sz w:val="20"/>
        </w:rPr>
        <w:t>A 40-minute boat ride takes you to Grip — a tiny, largely deserted island village with colorful fishermen's houses, a 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Innlandet Old Town Walk — </w:t>
      </w:r>
      <w:r>
        <w:rPr>
          <w:rFonts w:ascii="Arial" w:hAnsi="Arial" w:cs="Arial"/>
          <w:b w:val="0"/>
          <w:i w:val="0"/>
          <w:sz w:val="20"/>
        </w:rPr>
        <w:t>The only island that survived WWII bombing, Innlandet is a quiet enclave of 18th- and 19th-century wooden buildings, narrow…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Varden Viewpoint Hike — </w:t>
      </w:r>
      <w:r>
        <w:rPr>
          <w:rFonts w:ascii="Arial" w:hAnsi="Arial" w:cs="Arial"/>
          <w:b w:val="0"/>
          <w:i w:val="0"/>
          <w:sz w:val="20"/>
        </w:rPr>
        <w:t>A brick tower from 1892 crowns the highest point on Kirkelandet — 25 minutes uphill from the pier but rewarded with a 360°…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&amp; Kirkelandet Church: </w:t>
      </w:r>
      <w:r>
        <w:rPr>
          <w:rFonts w:ascii="Arial" w:hAnsi="Arial" w:cs="Arial"/>
          <w:b w:val="0"/>
          <w:i w:val="0"/>
          <w:sz w:val="20"/>
        </w:rPr>
        <w:t>1.5 km · 30 min · Easy — From Storkaia, walk to the main square (Rådhusplassen), continue to Kirkelandet Church to view 320…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Varden Viewpoint Loop: </w:t>
      </w:r>
      <w:r>
        <w:rPr>
          <w:rFonts w:ascii="Arial" w:hAnsi="Arial" w:cs="Arial"/>
          <w:b w:val="0"/>
          <w:i w:val="0"/>
          <w:sz w:val="20"/>
        </w:rPr>
        <w:t>2.5 km · 50 min · Moderate (uphill) — Head inland from the pier, climb the hill to Varden for panoramic views, then descend back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Sundbåten Island Hop: </w:t>
      </w:r>
      <w:r>
        <w:rPr>
          <w:rFonts w:ascii="Arial" w:hAnsi="Arial" w:cs="Arial"/>
          <w:b w:val="0"/>
          <w:i w:val="0"/>
          <w:sz w:val="20"/>
        </w:rPr>
        <w:t>3-4 hrs · Easy · Ferry-assisted — Ride the world's oldest public ferry between all four islands: Kirkelandet → Gomalandet (Clipfish…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4:25AM–10:27PM · Sep 6:54AM–7:52PM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cruiseports.org/kristiansund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Kristiansund, Møre og Romsdal,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ristiansu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Sundbåten- The harbour ferry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Mellemværftet, Historic Shipyard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Atlanterhavsbadet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Folkeparken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Stavnes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Svanedammen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