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Kotor, Bay of Kotor, Montenegro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Ringed by medieval walls and cradled by the Adriatic's deepest bay, Kotor delivers a UNESCO Old Town, a vertiginous fortress hike, a famous island church, and more cats per square metre than anywhere in the Mediterranean.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 or tender (larger ships anchor out) · 🕒 Typical call: 8-10 hrs · 💶 Currency: Euro (€) · 🗣️ Language: Montenegrin / English widely spoken · 🏛️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Smaller ships dock alongside the quay by the Old Town walls; larger or overflow ships anchor in the bay and tender 5-20 min to Park Slobode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2-5 min from the dock/tender pier to the Sea Gate — you can see the walls from where you 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fortress hikers, photographers, and anyone who likes cats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1,350-step hike to Fortress of San Giovanni and the boat trip to Our Lady of the Rocks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€4–€12 — Licensed taxis wait outside the port; agree on a price before you get in or confirm the meter is running. Fares rise sig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Kotor Old Town Self-Guided Walk — </w:t>
      </w:r>
      <w:r>
        <w:rPr>
          <w:rFonts w:ascii="Arial" w:hAnsi="Arial" w:cs="Arial"/>
          <w:b w:val="0"/>
          <w:i w:val="0"/>
          <w:sz w:val="20"/>
        </w:rPr>
        <w:t>Wander the marble lanes of the walled Old Town: Arms Square and the 1602 Clock Tower, the Romanesque Cathedral of Saint Tryphon…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Fortress of San Giovanni Hike — </w:t>
      </w:r>
      <w:r>
        <w:rPr>
          <w:rFonts w:ascii="Arial" w:hAnsi="Arial" w:cs="Arial"/>
          <w:b w:val="0"/>
          <w:i w:val="0"/>
          <w:sz w:val="20"/>
        </w:rPr>
        <w:t>Climb roughly 1,350 uneven stone steps up the ancient city walls to the ruined Fortress of San Giovanni at 280 m,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Perast &amp; Our Lady of the Rocks Boat Tour — </w:t>
      </w:r>
      <w:r>
        <w:rPr>
          <w:rFonts w:ascii="Arial" w:hAnsi="Arial" w:cs="Arial"/>
          <w:b w:val="0"/>
          <w:i w:val="0"/>
          <w:sz w:val="20"/>
        </w:rPr>
        <w:t>A speedboat from City Park (100 m from the tender pier) whisks you 20-30 minutes to the Baroque village of Perast, then a further…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Lovćen National Park &amp; Njegoš Mausoleum — </w:t>
      </w:r>
      <w:r>
        <w:rPr>
          <w:rFonts w:ascii="Arial" w:hAnsi="Arial" w:cs="Arial"/>
          <w:b w:val="0"/>
          <w:i w:val="0"/>
          <w:sz w:val="20"/>
        </w:rPr>
        <w:t>A winding drive up the Austro-Hungarian serpentine road — 25 hairpin bends above Kotor — leads to Lovćen National Park at 1,660 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Cave Boat Tour — </w:t>
      </w:r>
      <w:r>
        <w:rPr>
          <w:rFonts w:ascii="Arial" w:hAnsi="Arial" w:cs="Arial"/>
          <w:b w:val="0"/>
          <w:i w:val="0"/>
          <w:sz w:val="20"/>
        </w:rPr>
        <w:t>A sea cave on the Lustica Peninsula where sunlight filters through the water and reflects off the white sandy bottom, bathing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Loop: </w:t>
      </w:r>
      <w:r>
        <w:rPr>
          <w:rFonts w:ascii="Arial" w:hAnsi="Arial" w:cs="Arial"/>
          <w:b w:val="0"/>
          <w:i w:val="0"/>
          <w:sz w:val="20"/>
        </w:rPr>
        <w:t>1-1.5 hrs | Flat marble cobblestones | Easy — A full circuit of the compact Old Town hitting all the main squares, churches, and wall viewpoints.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Fortress of San Giovanni Climb: </w:t>
      </w:r>
      <w:r>
        <w:rPr>
          <w:rFonts w:ascii="Arial" w:hAnsi="Arial" w:cs="Arial"/>
          <w:b w:val="0"/>
          <w:i w:val="0"/>
          <w:sz w:val="20"/>
        </w:rPr>
        <w:t>1.5-2 hrs round trip | ~1,350 steps | Strenuous — Follow signage inside the Old Town walls to the staircase entrance and ascend the ancient city wall…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5:23AM–7:59PM · Jul 5:21AM–8:19PM · Sep 6:25AM–6:54PM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cruiseports.org/kotor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Kotor, Bay of Kotor, Montenegro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oto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Luštica Bay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Perast Town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Maritime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King Nikola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AUTOMAT CLUB ADMIRAL CATTARO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Money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 Day Out on Yacht Monty B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