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Kotka, South Finland,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Finland's 'City of Parks' sits on its own island in the Gulf of Finland, where award-winning gardens, a world-class maritime museum, and a Tsar's fishing lodge await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(Kantasatama or Mussalo) · 🕒 Typical call: 8-10 hrs · 💶 Euro (cards everywhere) · 🗣️ Finnish —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Kantasatama (city center) or Mussalo (shuttle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from Kantasatama pier; not walkable from Mussalo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Parks, maritime history, Finnish cuisine, relaxed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Maritime Centre Vellamo, Sapokka Water Garden, a warm Posso pastry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€18–€24 — Taxis run from Mussalo commercial port to city center (~5–8 km). Local provider Taksiparoni estimates around €22 for thi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Centre Vellamo — </w:t>
      </w:r>
      <w:r>
        <w:rPr>
          <w:rFonts w:ascii="Arial" w:hAnsi="Arial" w:cs="Arial"/>
          <w:b w:val="0"/>
          <w:i w:val="0"/>
          <w:sz w:val="20"/>
        </w:rPr>
        <w:t>A wave-shaped architectural landmark right at the Kantasatama pier, housing the Maritime Museum of Finland and Museum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Sapokka Water Garden — </w:t>
      </w:r>
      <w:r>
        <w:rPr>
          <w:rFonts w:ascii="Arial" w:hAnsi="Arial" w:cs="Arial"/>
          <w:b w:val="0"/>
          <w:i w:val="0"/>
          <w:sz w:val="20"/>
        </w:rPr>
        <w:t>Consistently ranked among Finland's most beautiful parks, Sapokka features a near-20-meter waterfall, rock sculptures, and masses…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Langinkoski Imperial Fishing Lodge — </w:t>
      </w:r>
      <w:r>
        <w:rPr>
          <w:rFonts w:ascii="Arial" w:hAnsi="Arial" w:cs="Arial"/>
          <w:b w:val="0"/>
          <w:i w:val="0"/>
          <w:sz w:val="20"/>
        </w:rPr>
        <w:t>Built in 1889 for Tsar Alexander III, this wooden riverside lodge sits among rushing rapids in a nature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Maretarium Aquarium — </w:t>
      </w:r>
      <w:r>
        <w:rPr>
          <w:rFonts w:ascii="Arial" w:hAnsi="Arial" w:cs="Arial"/>
          <w:b w:val="0"/>
          <w:i w:val="0"/>
          <w:sz w:val="20"/>
        </w:rPr>
        <w:t>A unique freshwater and Baltic Sea aquarium focused entirely on Finnish fish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Katariina Seaside Park &amp; Beach — </w:t>
      </w:r>
      <w:r>
        <w:rPr>
          <w:rFonts w:ascii="Arial" w:hAnsi="Arial" w:cs="Arial"/>
          <w:b w:val="0"/>
          <w:i w:val="0"/>
          <w:sz w:val="20"/>
        </w:rPr>
        <w:t>A former oil harbor transformed into a sweeping recreational park with ruins of Fort Katarina, a giant labyrinth,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Sculpture Promenade: </w:t>
      </w:r>
      <w:r>
        <w:rPr>
          <w:rFonts w:ascii="Arial" w:hAnsi="Arial" w:cs="Arial"/>
          <w:b w:val="0"/>
          <w:i w:val="0"/>
          <w:sz w:val="20"/>
        </w:rPr>
        <w:t>1.5 km · 30 min · Easy · Free — Walk from the pier along Keskuskatu — Finland's largest outdoor sculpture gallery — to the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Vellamo to Sapokka Water Garden: </w:t>
      </w:r>
      <w:r>
        <w:rPr>
          <w:rFonts w:ascii="Arial" w:hAnsi="Arial" w:cs="Arial"/>
          <w:b w:val="0"/>
          <w:i w:val="0"/>
          <w:sz w:val="20"/>
        </w:rPr>
        <w:t>2 km · 40 min · Easy · Free — Start at the Maritime Centre Vellamo, walk south along the waterfront promenade, and arrive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4:31AM–9:47PM · Jul 4:12AM–10:22PM · Sep 6:40AM–7:33PM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cruiseports.org/kotka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Kotka, South Finland,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tk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Luotsi-Kuusinen Scenic Spot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Maretarium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Katariina Seaside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 of Finland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Nature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Langinkoski Imperial Fishing Lodge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Karhulan ilmailukerho Aviation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Kotka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