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Koror, Palau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Palau is one of the Pacific's great secrets — a living reef, ancient jellyfish, and turquoise lagoons that look painted. Koror is your gateway to all of 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large ships) · 🕒 Typical call: 8-10 hrs · 💵 US Dollar (USD) · 🗣️ English &amp; Palauan · 🤿 World-class diving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large ships; small/mid-size vessels may dock at Malakal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 miles (3 km) from Malakal Port — taxi or shuttle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diving, Rock Islands boat tours, Jellyfish Lake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Jellyfish Lake (permit required) and the Rock Islands Southern Lagoon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$2–$8 USD — Taxis are available at Malakal Harbour and operate on a fixed-rate zone system — no meters. Confirm the fare before you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Jellyfish Lake &amp; Rock Islands Lagoon — </w:t>
      </w:r>
      <w:r>
        <w:rPr>
          <w:rFonts w:ascii="Arial" w:hAnsi="Arial" w:cs="Arial"/>
          <w:b w:val="0"/>
          <w:i w:val="0"/>
          <w:sz w:val="20"/>
        </w:rPr>
        <w:t>Swim among millions of harmless golden jellyfish in a landlocked marine lake, then snorkel the brilliant waters of the Rock…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Blue Corner &amp; German Channel — </w:t>
      </w:r>
      <w:r>
        <w:rPr>
          <w:rFonts w:ascii="Arial" w:hAnsi="Arial" w:cs="Arial"/>
          <w:b w:val="0"/>
          <w:i w:val="0"/>
          <w:sz w:val="20"/>
        </w:rPr>
        <w:t>Blue Corner is consistently ranked among the world's top dive sites: strong currents, wall diving, sharks, and massive schools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Milky Way — </w:t>
      </w:r>
      <w:r>
        <w:rPr>
          <w:rFonts w:ascii="Arial" w:hAnsi="Arial" w:cs="Arial"/>
          <w:b w:val="0"/>
          <w:i w:val="0"/>
          <w:sz w:val="20"/>
        </w:rPr>
        <w:t>A shallow cove within the Rock Islands where the water turns brilliant turquoise over a white limestone mud seabed.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Wrecks &amp; Peleliu Battlefield — </w:t>
      </w:r>
      <w:r>
        <w:rPr>
          <w:rFonts w:ascii="Arial" w:hAnsi="Arial" w:cs="Arial"/>
          <w:b w:val="0"/>
          <w:i w:val="0"/>
          <w:sz w:val="20"/>
        </w:rPr>
        <w:t>Palau saw fierce fighting in 1944.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Etpison Museum &amp; Downtown Koror — </w:t>
      </w:r>
      <w:r>
        <w:rPr>
          <w:rFonts w:ascii="Arial" w:hAnsi="Arial" w:cs="Arial"/>
          <w:b w:val="0"/>
          <w:i w:val="0"/>
          <w:sz w:val="20"/>
        </w:rPr>
        <w:t>A highly rated private museum showcasing Palauan history, traditional canoes, giant clamshells, and historic photography.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Koror Stroll: </w:t>
      </w:r>
      <w:r>
        <w:rPr>
          <w:rFonts w:ascii="Arial" w:hAnsi="Arial" w:cs="Arial"/>
          <w:b w:val="0"/>
          <w:i w:val="0"/>
          <w:sz w:val="20"/>
        </w:rPr>
        <w:t>1-2 hrs · Easy · Cultural — From the WCTC Shopping Center, walk the main road through central Koror.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KB Bridge Waterfront Park: </w:t>
      </w:r>
      <w:r>
        <w:rPr>
          <w:rFonts w:ascii="Arial" w:hAnsi="Arial" w:cs="Arial"/>
          <w:b w:val="0"/>
          <w:i w:val="0"/>
          <w:sz w:val="20"/>
        </w:rPr>
        <w:t>30-60 mins · Easy · Views — Take a taxi to the base of the Japan-Palau Friendship Bridge on the Koror side.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5:45AM–6:11PM · Jul 5:53AM–6:23PM · Sep 5:52AM–6:01PM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cruiseports.org/koror-palau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Koror, Palau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ror-pal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Palau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Etpison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Belau National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Long Island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