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Korcula Island, Dalmatia,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fortified medieval citadel perched on an Adriatic peninsula, Korcula Town's famous fishbone street plan, Venetian-Gothic towers, and native Grk white wine await — all within minutes of the tender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Mostly tender port · 🕒 Typical call: 5–8 hrs · 💶 Euro (€) · 🗣️ Croatian / English widely spoken · 🏰 UNESCO candidate Old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large ships; small ships may dock at town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Old Town: </w:t>
      </w:r>
      <w:r>
        <w:rPr>
          <w:rFonts w:ascii="Arial" w:hAnsi="Arial" w:cs="Arial"/>
          <w:b w:val="0"/>
          <w:i w:val="0"/>
          <w:sz w:val="20"/>
        </w:rPr>
        <w:t>1–3 min from tender pier / town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Dalmatian food &amp; wine, beaches, swordplay show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Moreška Sword Dance (Mon &amp; Thu evenings in summer)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€6–20 — Taxis queue at the port area. Short in-town rides run ~€6; longer trips like Korcula Town to Lumbarda are around €20. 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Korcula Old Town Self-Guided Walk — </w:t>
      </w:r>
      <w:r>
        <w:rPr>
          <w:rFonts w:ascii="Arial" w:hAnsi="Arial" w:cs="Arial"/>
          <w:b w:val="0"/>
          <w:i w:val="0"/>
          <w:sz w:val="20"/>
        </w:rPr>
        <w:t>Stroll the fishbone alleys, climb the Cathedral bell tower for rooftop views, peek into Marco Polo's house, and browse the Town…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Moreška Sword Dance — </w:t>
      </w:r>
      <w:r>
        <w:rPr>
          <w:rFonts w:ascii="Arial" w:hAnsi="Arial" w:cs="Arial"/>
          <w:b w:val="0"/>
          <w:i w:val="0"/>
          <w:sz w:val="20"/>
        </w:rPr>
        <w:t>A centuries-old battle dance performed by two teams of sword fighters re-enacting a clash between the White King and the Black…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Korcula Wine &amp; Cuisine Tasting — </w:t>
      </w:r>
      <w:r>
        <w:rPr>
          <w:rFonts w:ascii="Arial" w:hAnsi="Arial" w:cs="Arial"/>
          <w:b w:val="0"/>
          <w:i w:val="0"/>
          <w:sz w:val="20"/>
        </w:rPr>
        <w:t>Sample Grk and Pošip white wines — both native to the island — alongside island cheese, local olive oil, and Žrnovski Makaruni…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Lumbarda Sandy Beaches — </w:t>
      </w:r>
      <w:r>
        <w:rPr>
          <w:rFonts w:ascii="Arial" w:hAnsi="Arial" w:cs="Arial"/>
          <w:b w:val="0"/>
          <w:i w:val="0"/>
          <w:sz w:val="20"/>
        </w:rPr>
        <w:t>A 10-minute taxi or local bus ride east of town, Lumbarda's Vela Pržina and Bilin Žal are among the few natural sandy beaches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the Korcula Archipelago — </w:t>
      </w:r>
      <w:r>
        <w:rPr>
          <w:rFonts w:ascii="Arial" w:hAnsi="Arial" w:cs="Arial"/>
          <w:b w:val="0"/>
          <w:i w:val="0"/>
          <w:sz w:val="20"/>
        </w:rPr>
        <w:t>Paddle among the small uninhabited islets east and west of Korcula Town — crystal-clear Adriatic water, hidden coves, and views…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Fishbone Circuit: </w:t>
      </w:r>
      <w:r>
        <w:rPr>
          <w:rFonts w:ascii="Arial" w:hAnsi="Arial" w:cs="Arial"/>
          <w:b w:val="0"/>
          <w:i w:val="0"/>
          <w:sz w:val="20"/>
        </w:rPr>
        <w:t>1.5 km · 45–60 min · Easy (some stone steps) — Enter through the Land Gate, wind through the narrow alleys of the medieval core, visit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to St. Anthony's Hill: </w:t>
      </w:r>
      <w:r>
        <w:rPr>
          <w:rFonts w:ascii="Arial" w:hAnsi="Arial" w:cs="Arial"/>
          <w:b w:val="0"/>
          <w:i w:val="0"/>
          <w:sz w:val="20"/>
        </w:rPr>
        <w:t>4 km round trip · ~1.5 hrs · Easy — Head east along the waterfront promenade, pass the Banje beach area, and follow the signed path up…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5:28AM–8:07PM · Jul 5:26AM–8:28PM · Sep 6:31AM–7:01PM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cruiseports.org/korcula-island-croatia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Korcula Island, Dalmatia,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orcula-island-croat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Chiara Apartments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Korcula Town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Pupnatska Luka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Marco Polo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