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Kodiak Island,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'Emerald Isle of Alaska' — a rugged, working fishing port where bald eagles perch on dock pilings, giant brown bears roam the interior, and Russian Orthodox domes rise above a harbor still thick with crab boats.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(Pier II downtown / Pier III with shuttle) · 🕒 Typical call: 7–9 hrs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II (Kelsey Dock, downtown edge) or Pier III (1.5 mi out, shuttle provided)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Pier II; free shuttle from Pier III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history, authentic Alaskan fishing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Alutiiq Museum, Holy Resurrection Cathedral, Fort Abercrombie WWII ruins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$10–$25 — Local taxis (Kodiak City Cab, Kodiak Rides) operate in town. Flag drop ~$2.75 + $3/mile. City center from port runs roug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Kodiak Bear Flightseeing — </w:t>
      </w:r>
      <w:r>
        <w:rPr>
          <w:rFonts w:ascii="Arial" w:hAnsi="Arial" w:cs="Arial"/>
          <w:b w:val="0"/>
          <w:i w:val="0"/>
          <w:sz w:val="20"/>
        </w:rPr>
        <w:t>The island's famous brown bears — largest in the world — live deep in the Kodiak National Wildlife Refuge.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Abercrombie State Historical Park — </w:t>
      </w:r>
      <w:r>
        <w:rPr>
          <w:rFonts w:ascii="Arial" w:hAnsi="Arial" w:cs="Arial"/>
          <w:b w:val="0"/>
          <w:i w:val="0"/>
          <w:sz w:val="20"/>
        </w:rPr>
        <w:t>About 4 miles northeast of downtown (a ~10-minute taxi ride), this WWII coastal defense site hides concrete bunkers, gun…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Alutiiq Museum &amp; Baranov Museum — </w:t>
      </w:r>
      <w:r>
        <w:rPr>
          <w:rFonts w:ascii="Arial" w:hAnsi="Arial" w:cs="Arial"/>
          <w:b w:val="0"/>
          <w:i w:val="0"/>
          <w:sz w:val="20"/>
        </w:rPr>
        <w:t>Two of Alaska's finest small museums sit within a short walk of each other downtown.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Halibut &amp; Salmon Fishing Charter — </w:t>
      </w:r>
      <w:r>
        <w:rPr>
          <w:rFonts w:ascii="Arial" w:hAnsi="Arial" w:cs="Arial"/>
          <w:b w:val="0"/>
          <w:i w:val="0"/>
          <w:sz w:val="20"/>
        </w:rPr>
        <w:t>Kodiak is world-renowned for sport fishing.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Near Island Bridge &amp; Harbor Walk — </w:t>
      </w:r>
      <w:r>
        <w:rPr>
          <w:rFonts w:ascii="Arial" w:hAnsi="Arial" w:cs="Arial"/>
          <w:b w:val="0"/>
          <w:i w:val="0"/>
          <w:sz w:val="20"/>
        </w:rPr>
        <w:t>A free, self-guided walk from downtown across the Near Island Bridge (the Fred Zharof Memorial Bridge — open to cars, bikes,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Harbor Loop: </w:t>
      </w:r>
      <w:r>
        <w:rPr>
          <w:rFonts w:ascii="Arial" w:hAnsi="Arial" w:cs="Arial"/>
          <w:b w:val="0"/>
          <w:i w:val="0"/>
          <w:sz w:val="20"/>
        </w:rPr>
        <w:t>1.5 miles · Easy · ~45 min — From Pier II, stroll along the harbor past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Near Island Bridge Walk: </w:t>
      </w:r>
      <w:r>
        <w:rPr>
          <w:rFonts w:ascii="Arial" w:hAnsi="Arial" w:cs="Arial"/>
          <w:b w:val="0"/>
          <w:i w:val="0"/>
          <w:sz w:val="20"/>
        </w:rPr>
        <w:t>1 mile · Easy · ~30 min — Head northeast from downtown across the Near Island Bridge (the Fred Zharof Memorial Bridge)…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5:45AM–10:27PM · Jul 5:33AM–10:56PM · Sep 7:41AM–8:26PM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cruiseports.org/kodiak-island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Kodiak Island, Alaska,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diak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Alutiiq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White Sands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Abercrombie State Historic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