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Klemtu,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Deep in the Great Bear Rainforest, Klemtu is the living home of the Kitasoo/Xai'xais Nation — one of North America's most authentic expedition port calls, where totem poles line a misty boardwalk and the rare white Spirit Bear roams nearby.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small dock · 🕒 Typical call: 5–7 hrs · 💵 Canadian Dollar (CAD) — bring cash · 🗣️ English / Kitasoo/Xai'xais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government dock; small expedition vessels may tie up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Dock to Big House ~500 m; entire village within 15-min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culture, wildlife, old-growth rainforest, Spirit Bear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Big House welcoming ceremony and fresh bannock from local vendors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By quote — Local water taxis (Kitasoo Xai'xais Water Taxi) serve inter-community routes and charter trips. Not useful for in-villag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House Cultural Welcome — </w:t>
      </w:r>
      <w:r>
        <w:rPr>
          <w:rFonts w:ascii="Arial" w:hAnsi="Arial" w:cs="Arial"/>
          <w:b w:val="0"/>
          <w:i w:val="0"/>
          <w:sz w:val="20"/>
        </w:rPr>
        <w:t>Enter the magnificent red cedar Big House (Lgila.ts'u-is) for a welcoming ceremony with traditional songs, dances,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Spirit Bear &amp; Wildlife Boat Tour — </w:t>
      </w:r>
      <w:r>
        <w:rPr>
          <w:rFonts w:ascii="Arial" w:hAnsi="Arial" w:cs="Arial"/>
          <w:b w:val="0"/>
          <w:i w:val="0"/>
          <w:sz w:val="20"/>
        </w:rPr>
        <w:t>Guided boat excursions explore the channels near Princess Royal Island — prime habitat for the rare white Kermode 'Spirit Bear'…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Old-Growth Forest Walk with Guardians — </w:t>
      </w:r>
      <w:r>
        <w:rPr>
          <w:rFonts w:ascii="Arial" w:hAnsi="Arial" w:cs="Arial"/>
          <w:b w:val="0"/>
          <w:i w:val="0"/>
          <w:sz w:val="20"/>
        </w:rPr>
        <w:t>Walk into the ancient Great Bear Rainforest with a Kitasoo/Xai'xais Guardian to see Culturally Modified Trees (CMTs) — massive…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Fjords — </w:t>
      </w:r>
      <w:r>
        <w:rPr>
          <w:rFonts w:ascii="Arial" w:hAnsi="Arial" w:cs="Arial"/>
          <w:b w:val="0"/>
          <w:i w:val="0"/>
          <w:sz w:val="20"/>
        </w:rPr>
        <w:t>Paddle sheltered coves and island-dotted channels in one of the most pristine marine environments in North America.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Boardwalk: </w:t>
      </w:r>
      <w:r>
        <w:rPr>
          <w:rFonts w:ascii="Arial" w:hAnsi="Arial" w:cs="Arial"/>
          <w:b w:val="0"/>
          <w:i w:val="0"/>
          <w:sz w:val="20"/>
        </w:rPr>
        <w:t>~1 km round trip | Flat | 15 min — Stroll the wooden boardwalk from the government dock along the shoreline to the Big House and beyond.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6:35AM–8:33PM · Jun 5:10AM–9:59PM · Aug 6:17AM–8:58PM · Sep 7:09AM–7:47PM · Oct 8:00AM–6:37PM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Ask before photographing. Always get permission before taking photos of local residents, especially children and elders. This is culturally important, not just…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Canadian cash. There are no ATMs in Klemtu. Locals sell bannock, carvings, and beadwork near the dock — cash only. The band-owned grocery store may…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the rainforest. Even in summer, Klemtu is cool and wet. Waterproof jacket, layers, and sturdy waterproof boots are essential — rubber muck boots are…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cruiseports.org/klemtu-bc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