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Klawock, Prince of Wales Island, Alaska,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Alaska's newest cruise destinations, Klawock sits on Prince of Wales Island where an Indigenous-owned floating pier welcomes small ships to a world of authentic totem poles, old-growth rainforest, and world-class sportfishing — with no jewelry chains in sight.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(floating pier) · 🕒 Typical call: 6-8 hrs · 💵 USD · 🗣️ English / Tlingit heritage · 🌲 Tongass rainforest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Floating pontoon pier, Klawock Island — walk off the ship,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Totem Park: </w:t>
      </w:r>
      <w:r>
        <w:rPr>
          <w:rFonts w:ascii="Arial" w:hAnsi="Arial" w:cs="Arial"/>
          <w:b w:val="0"/>
          <w:i w:val="0"/>
          <w:sz w:val="20"/>
        </w:rPr>
        <w:t>Free shuttle (5 min) or 1.3-mile walk across the bridge to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Tlingit culture, totem poles, sport fishing, wildlife, authentic Alaska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Klawock Totem Park — 21 restored poles overlooking the harbor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+ (Craig to pier) — Klawock Totem Taxi offers local taxi and tour service on Prince of Wales Island. Useful for flexibility beyond the shutt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Klawock Totem Park — </w:t>
      </w:r>
      <w:r>
        <w:rPr>
          <w:rFonts w:ascii="Arial" w:hAnsi="Arial" w:cs="Arial"/>
          <w:b w:val="0"/>
          <w:i w:val="0"/>
          <w:sz w:val="20"/>
        </w:rPr>
        <w:t>Twenty-one beautifully restored Tlingit totem poles stand on a hillside overlooking Klawock harbor — replicated from 19th-century…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Tlingit Carving Shed — </w:t>
      </w:r>
      <w:r>
        <w:rPr>
          <w:rFonts w:ascii="Arial" w:hAnsi="Arial" w:cs="Arial"/>
          <w:b w:val="0"/>
          <w:i w:val="0"/>
          <w:sz w:val="20"/>
        </w:rPr>
        <w:t>Near the Totem Park, master Tlingit carvers work on totems and canoes in an open shed.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Klawock River Hatchery &amp; Salmon Run — </w:t>
      </w:r>
      <w:r>
        <w:rPr>
          <w:rFonts w:ascii="Arial" w:hAnsi="Arial" w:cs="Arial"/>
          <w:b w:val="0"/>
          <w:i w:val="0"/>
          <w:sz w:val="20"/>
        </w:rPr>
        <w:t>Just outside of town, the Klawock River Salmon Hatchery is a top spot to watch thousands of salmon fighting upstream (best…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Sport Fishing Charter — </w:t>
      </w:r>
      <w:r>
        <w:rPr>
          <w:rFonts w:ascii="Arial" w:hAnsi="Arial" w:cs="Arial"/>
          <w:b w:val="0"/>
          <w:i w:val="0"/>
          <w:sz w:val="20"/>
        </w:rPr>
        <w:t>Prince of Wales Island is legendary for halibut and salmon.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 &amp; Skiff Eco-Tour — </w:t>
      </w:r>
      <w:r>
        <w:rPr>
          <w:rFonts w:ascii="Arial" w:hAnsi="Arial" w:cs="Arial"/>
          <w:b w:val="0"/>
          <w:i w:val="0"/>
          <w:sz w:val="20"/>
        </w:rPr>
        <w:t>Guided water tours around the sheltered islands of Klawock Harbor offer excellent chances to spot sea otters, harbor seals…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Klawock Totem Park: </w:t>
      </w:r>
      <w:r>
        <w:rPr>
          <w:rFonts w:ascii="Arial" w:hAnsi="Arial" w:cs="Arial"/>
          <w:b w:val="0"/>
          <w:i w:val="0"/>
          <w:sz w:val="20"/>
        </w:rPr>
        <w:t>1.3 miles | 25-30 min | Easy — Walk from the Port Klawock terminal across the bridge onto Prince of Wales Island and uphill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Totem Park to Carving Shed Loop: </w:t>
      </w:r>
      <w:r>
        <w:rPr>
          <w:rFonts w:ascii="Arial" w:hAnsi="Arial" w:cs="Arial"/>
          <w:b w:val="0"/>
          <w:i w:val="0"/>
          <w:sz w:val="20"/>
        </w:rPr>
        <w:t>0.5 miles | 15-20 min | Easy — From the Totem Park, walk down to the Klawock Carving Shed where Tlingit artists work on poles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4:41AM–8:57PM · Jul 4:31AM–9:24PM · Sep 6:25AM–7:07PM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cruiseports.org/klawock-ak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