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Klaksvík, Faroe Islands,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Wedged between steep fjords in the heart of the Faroes, Klaksvík is a working fishing town that punches well above its weight — Nordic architecture, panoramic hikes, and easy ferry hops to some of the archipelago's most dramatic islands.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(pier, 3 km north; free shuttle) · 🕒 Typical call: 6–8 hrs · 💵 Danish Krone (DKK) · 🗣️ Faroese &amp; Danish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North Harbour (Anir), ~3 km from town; free shuttle to tourist info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 km from North Harbour; 5–10 min from closer Nordborg/Kosin quays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Nordic scenery, Faroese culture, island-hopping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Hike to Klakkur viewpoint; ferry to Kalsoy for the Kallur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~60–75 DKK — Taxis (E-Taxi, Taxi 56) are available but very limited in supply. Pre-booking is strongly recommended, especially when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Klakkur Summit Hike — </w:t>
      </w:r>
      <w:r>
        <w:rPr>
          <w:rFonts w:ascii="Arial" w:hAnsi="Arial" w:cs="Arial"/>
          <w:b w:val="0"/>
          <w:i w:val="0"/>
          <w:sz w:val="20"/>
        </w:rPr>
        <w:t>The classic Klaksvík hike — a 2-hour round-trip climb to 413 m with sweeping views of the twin fjords, Kunoy, Kalsoy,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Kalsoy &amp; Kallur Lighthouse — </w:t>
      </w:r>
      <w:r>
        <w:rPr>
          <w:rFonts w:ascii="Arial" w:hAnsi="Arial" w:cs="Arial"/>
          <w:b w:val="0"/>
          <w:i w:val="0"/>
          <w:sz w:val="20"/>
        </w:rPr>
        <w:t>Take the short ferry from Klaksvík harbor to Syðradalur on Kalsoy, then continue by road to Trøllanes and hike out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Klaksvík Town &amp; Christianskirkjan — </w:t>
      </w:r>
      <w:r>
        <w:rPr>
          <w:rFonts w:ascii="Arial" w:hAnsi="Arial" w:cs="Arial"/>
          <w:b w:val="0"/>
          <w:i w:val="0"/>
          <w:sz w:val="20"/>
        </w:rPr>
        <w:t>Stroll the harbor promenade, visit Christianskirkjan — the Norse-inspired church consecrated in 1963 — and browse the colorful…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Fjords — </w:t>
      </w:r>
      <w:r>
        <w:rPr>
          <w:rFonts w:ascii="Arial" w:hAnsi="Arial" w:cs="Arial"/>
          <w:b w:val="0"/>
          <w:i w:val="0"/>
          <w:sz w:val="20"/>
        </w:rPr>
        <w:t>Paddle Klaksvík's twin bays — Borðoyarvík and the Borðoyarsund sound toward Kunoy — with guided sea kayak tours that take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Islands Scenic Drive — </w:t>
      </w:r>
      <w:r>
        <w:rPr>
          <w:rFonts w:ascii="Arial" w:hAnsi="Arial" w:cs="Arial"/>
          <w:b w:val="0"/>
          <w:i w:val="0"/>
          <w:sz w:val="20"/>
        </w:rPr>
        <w:t>A guided coach or self-drive loop via the Hvannasund causeway and mountain tunnels to Viðareiði, the northernmost village in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Front Stroll: </w:t>
      </w:r>
      <w:r>
        <w:rPr>
          <w:rFonts w:ascii="Arial" w:hAnsi="Arial" w:cs="Arial"/>
          <w:b w:val="0"/>
          <w:i w:val="0"/>
          <w:sz w:val="20"/>
        </w:rPr>
        <w:t>1.5 km · 20 min · Easy · Free — Walk the main harbor from the tourist information center past the colorful boat sheds and working…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Viðarlundin Park &amp; Viewpoint: </w:t>
      </w:r>
      <w:r>
        <w:rPr>
          <w:rFonts w:ascii="Arial" w:hAnsi="Arial" w:cs="Arial"/>
          <w:b w:val="0"/>
          <w:i w:val="0"/>
          <w:sz w:val="20"/>
        </w:rPr>
        <w:t>30 min · Easy · Free — Follow the signs uphill from the town center to Viðarlundin uti í Grøv, a small landscaped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Klakkur Summit Trail: </w:t>
      </w:r>
      <w:r>
        <w:rPr>
          <w:rFonts w:ascii="Arial" w:hAnsi="Arial" w:cs="Arial"/>
          <w:b w:val="0"/>
          <w:i w:val="0"/>
          <w:sz w:val="20"/>
        </w:rPr>
        <w:t>4 km · 2–3 hrs · Moderate · Free — From the upper residential streets, follow the marked trail up to the 413 m Klakkur summit.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4:30AM–10:16PM · Jul 4:07AM–10:55PM · Sep 6:52AM–7:48PM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cruiseports.org/klaksvik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Klaksvík, Faroe Islands,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laks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Christianskirkjan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Svartidalurfoss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Hiking Klakkur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Gøta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