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Kjøllefjord,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northernmost cruise calls, Kjøllefjord is a working Arctic fishing village where colorful wooden houses ring a sheltered harbor, Sámi reindeer herders live just outside town, and the cathedral-shaped Finnkirka sea cliff guards the fjord entrance.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(Hurtigrutekaia, 120 m quay) · 🕒 Typical call: 4–8 hrs · 💵 Norwegian Krone (NOK) — nearly cashless, cards everywhere · 🗣️ Norwegian / North Sámi · ☀️ Midnight Sun mid-May to late July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Hurtigrutekaia quay, right in the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1–5 min (under 300 m from quay to main street)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scenery, Sámi culture, birdwatching, authentic Norway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Finnkirka sea cliff from the water &amp; Foldalbruket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200–500 NOK — Local taxi services (e.g. Ferder Taxi) are available for short transfers or excursions onto the Nordkyn Peninsula. Fares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Sámi Cultural Experience at Davvi Siida — </w:t>
      </w:r>
      <w:r>
        <w:rPr>
          <w:rFonts w:ascii="Arial" w:hAnsi="Arial" w:cs="Arial"/>
          <w:b w:val="0"/>
          <w:i w:val="0"/>
          <w:sz w:val="20"/>
        </w:rPr>
        <w:t>A local Sámi family welcomes you into their lavvu (traditional tent), lights a campfire, serves reindeer broth (bidos), shares…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Boat Safari to Finnkirka — </w:t>
      </w:r>
      <w:r>
        <w:rPr>
          <w:rFonts w:ascii="Arial" w:hAnsi="Arial" w:cs="Arial"/>
          <w:b w:val="0"/>
          <w:i w:val="0"/>
          <w:sz w:val="20"/>
        </w:rPr>
        <w:t>Speed out to the base of the Finnkirka cathedral sea cliff by rigid inflatable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Crab Safari — </w:t>
      </w:r>
      <w:r>
        <w:rPr>
          <w:rFonts w:ascii="Arial" w:hAnsi="Arial" w:cs="Arial"/>
          <w:b w:val="0"/>
          <w:i w:val="0"/>
          <w:sz w:val="20"/>
        </w:rPr>
        <w:t>Head out with local fishermen to pull king crab traps from the cold Barents Sea — then cook and eat your catch on the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Snowmobile Safari (Winter/Spring) — </w:t>
      </w:r>
      <w:r>
        <w:rPr>
          <w:rFonts w:ascii="Arial" w:hAnsi="Arial" w:cs="Arial"/>
          <w:b w:val="0"/>
          <w:i w:val="0"/>
          <w:sz w:val="20"/>
        </w:rPr>
        <w:t>Ride snowmobiles across the treeless Arctic plateau of the Nordkynn Peninsula under the Northern Lights or in the soft glow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Foldalbruket Museum — </w:t>
      </w:r>
      <w:r>
        <w:rPr>
          <w:rFonts w:ascii="Arial" w:hAnsi="Arial" w:cs="Arial"/>
          <w:b w:val="0"/>
          <w:i w:val="0"/>
          <w:sz w:val="20"/>
        </w:rPr>
        <w:t>This beautifully preserved 1917 fish processing plant and cod liver oil factory tells the story of the brutal Arctic fishing…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Harbor Stroll: </w:t>
      </w:r>
      <w:r>
        <w:rPr>
          <w:rFonts w:ascii="Arial" w:hAnsi="Arial" w:cs="Arial"/>
          <w:b w:val="0"/>
          <w:i w:val="0"/>
          <w:sz w:val="20"/>
        </w:rPr>
        <w:t>1–2 km • 30–45 min • Easy • Flat — Walk the harbor front from the Hurtigrutekaia quay past Foldalbruket and along the waterfront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Hillside Viewpoint Hike: </w:t>
      </w:r>
      <w:r>
        <w:rPr>
          <w:rFonts w:ascii="Arial" w:hAnsi="Arial" w:cs="Arial"/>
          <w:b w:val="0"/>
          <w:i w:val="0"/>
          <w:sz w:val="20"/>
        </w:rPr>
        <w:t>2–3 km round trip • 45–60 min • Moderate • Some steep gravel — A short but steep hike out of the village center climbs to a cairn-marked viewpoint above…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5:21AM–6:47PM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cruiseports.org/kjollefjord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