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Kiritimati (Christmas Island), Line Islands, Kiribati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Named by Captain Cook on Christmas Eve 1777, Kiritimati is the world's largest coral atoll — a sun-scorched, breathtakingly remote stop where bonefishing is world-class, seabirds nest by the million, and your ship anchors far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Australian Dollar (AUD) — cash only, no ATMs · 🗣️ Gilbertese &amp; English · 🌡️ Equatorial — hot and sunny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London jetty — no cruise berth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On the jetty — London village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Bonefishing, birdwatching, off-the-beaten-path Pacific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Cook Island Bird Sanctuary boat tour &amp; the London Post Office stamps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on arrival (approx. AUD 5–15) — Informal shared minibuses and local vehicles are the main transport. Fares are negotiated directly with the driver — agr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Cook Island Bird Sanctuary Boat Tour — </w:t>
      </w:r>
      <w:r>
        <w:rPr>
          <w:rFonts w:ascii="Arial" w:hAnsi="Arial" w:cs="Arial"/>
          <w:b w:val="0"/>
          <w:i w:val="0"/>
          <w:sz w:val="20"/>
        </w:rPr>
        <w:t>Cook Island sits inside the lagoon and protects nesting colonies of red-tailed tropicbirds, masked boobies, frigatebirds,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Bonefishing on the Flats — </w:t>
      </w:r>
      <w:r>
        <w:rPr>
          <w:rFonts w:ascii="Arial" w:hAnsi="Arial" w:cs="Arial"/>
          <w:b w:val="0"/>
          <w:i w:val="0"/>
          <w:sz w:val="20"/>
        </w:rPr>
        <w:t>Kiritimati is legendary in fly-fishing circles — its shallow, crystal-clear lagoon flats hold some of the densest bonefish…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&amp; Nuclear Testing Relics Walk — </w:t>
      </w:r>
      <w:r>
        <w:rPr>
          <w:rFonts w:ascii="Arial" w:hAnsi="Arial" w:cs="Arial"/>
          <w:b w:val="0"/>
          <w:i w:val="0"/>
          <w:sz w:val="20"/>
        </w:rPr>
        <w:t>The UK and US conducted atmospheric nuclear tests here in the 1950s–60s.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Flats &amp; Lagoon Interior — </w:t>
      </w:r>
      <w:r>
        <w:rPr>
          <w:rFonts w:ascii="Arial" w:hAnsi="Arial" w:cs="Arial"/>
          <w:b w:val="0"/>
          <w:i w:val="0"/>
          <w:sz w:val="20"/>
        </w:rPr>
        <w:t>The vast salt evaporation pans in the island's interior create a surreal white-and-pink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Beach &amp; Lagoon Swimming — </w:t>
      </w:r>
      <w:r>
        <w:rPr>
          <w:rFonts w:ascii="Arial" w:hAnsi="Arial" w:cs="Arial"/>
          <w:b w:val="0"/>
          <w:i w:val="0"/>
          <w:sz w:val="20"/>
        </w:rPr>
        <w:t>A curve of white sand right near the tender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Village Stroll: </w:t>
      </w:r>
      <w:r>
        <w:rPr>
          <w:rFonts w:ascii="Arial" w:hAnsi="Arial" w:cs="Arial"/>
          <w:b w:val="0"/>
          <w:i w:val="0"/>
          <w:sz w:val="20"/>
        </w:rPr>
        <w:t>30–45 min · Flat · Free — From the jetty, walk through London's dusty streets past the cooperative stores, the local school…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Beach Walk: </w:t>
      </w:r>
      <w:r>
        <w:rPr>
          <w:rFonts w:ascii="Arial" w:hAnsi="Arial" w:cs="Arial"/>
          <w:b w:val="0"/>
          <w:i w:val="0"/>
          <w:sz w:val="20"/>
        </w:rPr>
        <w:t>20–30 min · Easy · Free — Head from the tender jetty along the lagoon-side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6:25AM–6:34PM · Jun 6:23AM–6:37PM · Aug 6:29AM–6:39PM · Sep 6:21AM–6:28PM · Oct 6:13AM–6:17PM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in AUD only. There are no ATMs accepting international cards and no credit card terminals anywhere on the island. Bring Australian dollars in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Tendering can be cancelled. Kiritimati's anchorage is exposed. If swells are high, tenders may not run — have a Plan B and keep your excursion expectations…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Brutal equatorial sun. The island sits just 144 miles north of the Equator. Wear reef-safe SPF 50+, a wide-brimmed hat, and polarized sunglasses — the lagoon…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cruiseports.org/kiritimati-christmas-island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