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Kingston (Port Royal), Jamaica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Once the wickedest city on earth, Port Royal is now your gateway to Kingston's reggae soul, pirate ruins, and the Caribbean's most authentic urban culture.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SeaWalk floating pier · 🕒 Typical call: 8-10 hrs · 💵 USD accepted / JMD local · 🗣️ English · 🎵 Reggae capital of the world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SeaWalk articulating floating pier at Port Royal — ship secures alongside the pier (walk off, no ship's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Royal village: 5 min on foot. Downtown Kingston: ~16 miles by taxi or ferry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Music history, pirate lore, authentic Jamaican food, beach day at Lime Cay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Gloria's Seafood for escovitch fish, Fort Charles &amp; the Giddy House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$35–45 USD — Official taxis are available at the port. Agree on the fare before departure — meters are not always used. Journey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Fort Charles &amp; the Giddy House — </w:t>
      </w:r>
      <w:r>
        <w:rPr>
          <w:rFonts w:ascii="Arial" w:hAnsi="Arial" w:cs="Arial"/>
          <w:b w:val="0"/>
          <w:i w:val="0"/>
          <w:sz w:val="20"/>
        </w:rPr>
        <w:t>Built in 1655, Fort Charles is Jamaica's oldest fort and the heart of pirate-era Port Royal.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Bob Marley Museum — </w:t>
      </w:r>
      <w:r>
        <w:rPr>
          <w:rFonts w:ascii="Arial" w:hAnsi="Arial" w:cs="Arial"/>
          <w:b w:val="0"/>
          <w:i w:val="0"/>
          <w:sz w:val="20"/>
        </w:rPr>
        <w:t>Marley's former home and recording studio at 56 Hope Road in Kingston.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Lime Cay Beach Day — </w:t>
      </w:r>
      <w:r>
        <w:rPr>
          <w:rFonts w:ascii="Arial" w:hAnsi="Arial" w:cs="Arial"/>
          <w:b w:val="0"/>
          <w:i w:val="0"/>
          <w:sz w:val="20"/>
        </w:rPr>
        <w:t>A short water taxi from Port Royal takes you to Lime Cay — a deserted white-sand cay with clear water and good snorkeling.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Royal Walking Tour — </w:t>
      </w:r>
      <w:r>
        <w:rPr>
          <w:rFonts w:ascii="Arial" w:hAnsi="Arial" w:cs="Arial"/>
          <w:b w:val="0"/>
          <w:i w:val="0"/>
          <w:sz w:val="20"/>
        </w:rPr>
        <w:t>Explore the sleepy fishing village where 17th-century pirates once ruled.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Kingston Food &amp; Culture Tour — </w:t>
      </w:r>
      <w:r>
        <w:rPr>
          <w:rFonts w:ascii="Arial" w:hAnsi="Arial" w:cs="Arial"/>
          <w:b w:val="0"/>
          <w:i w:val="0"/>
          <w:sz w:val="20"/>
        </w:rPr>
        <w:t>Devon House ice cream (one of the world's best), Chelsea Jerk Centre for authentic jerk chicken, and street-level Kingston…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Royal Heritage Walk: </w:t>
      </w:r>
      <w:r>
        <w:rPr>
          <w:rFonts w:ascii="Arial" w:hAnsi="Arial" w:cs="Arial"/>
          <w:b w:val="0"/>
          <w:i w:val="0"/>
          <w:sz w:val="20"/>
        </w:rPr>
        <w:t>1.5 km · 30-45 min · Easy — From the cruise pier, walk through the Port Royal Cruise Village into the old town.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12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5:38AM–6:29PM · Jul 5:44AM–6:42PM · Sep 5:59AM–6:05PM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cruiseports.org/kingston-jamaica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Kingston (Port Royal), Jamaica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kingston-jamaica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Bob Marley Museum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Shaare Shalom Synagogue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Loose Cannon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Trinity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National Museum Jamaica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Holy Cross Catholic Church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Liberty Hall: The Legacy of Marcus Garvey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Nanook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