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Killarney,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Ontario's oldest north-shore village perches where pink granite meets sapphire Georgian Bay. The Group of Seven painted here; expedition ships tender passengers into a landscape that still looks like living Canadian art.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Canadian Dollar (CAD) · 🗣️ English · 🌲 Wilderness /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no large cruise pier; tenders use marina docks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Steps from tender dock; village is very compact (~5 min on foot)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wilderness scenery, Canadian history, nature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Herbert's Fisheries fish &amp; chips and views from Killarney East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by destination — Killarney On The Water and Killarney Outfitters offer water taxis to Collins Inlet, Baie Fine, and Philip Edward Island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Crack Hike, Killarney Provincial Park — </w:t>
      </w:r>
      <w:r>
        <w:rPr>
          <w:rFonts w:ascii="Arial" w:hAnsi="Arial" w:cs="Arial"/>
          <w:b w:val="0"/>
          <w:i w:val="0"/>
          <w:sz w:val="20"/>
        </w:rPr>
        <w:t>The park's signature day hike climbs a dramatic quartzite fissure to jaw-dropping views over the La Cloche Mountains and Georgian…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or Canoe on Georgian Bay — </w:t>
      </w:r>
      <w:r>
        <w:rPr>
          <w:rFonts w:ascii="Arial" w:hAnsi="Arial" w:cs="Arial"/>
          <w:b w:val="0"/>
          <w:i w:val="0"/>
          <w:sz w:val="20"/>
        </w:rPr>
        <w:t>Killarney Outfitters rents canoes and kayaks for exploring the sheltered inlets and islands along the bay's north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 &amp; Killarney Museum — </w:t>
      </w:r>
      <w:r>
        <w:rPr>
          <w:rFonts w:ascii="Arial" w:hAnsi="Arial" w:cs="Arial"/>
          <w:b w:val="0"/>
          <w:i w:val="0"/>
          <w:sz w:val="20"/>
        </w:rPr>
        <w:t>Ontario's oldest north-shore settlement was founded in 1820 as a fur trading post.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Floatplane Scenic Flight — </w:t>
      </w:r>
      <w:r>
        <w:rPr>
          <w:rFonts w:ascii="Arial" w:hAnsi="Arial" w:cs="Arial"/>
          <w:b w:val="0"/>
          <w:i w:val="0"/>
          <w:sz w:val="20"/>
        </w:rPr>
        <w:t>Local floatplane operators offer scenic flights over the La Cloche Mountains, Georgian Bay islands, and the white quartzite…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Killarney Lighthouse Trail — </w:t>
      </w:r>
      <w:r>
        <w:rPr>
          <w:rFonts w:ascii="Arial" w:hAnsi="Arial" w:cs="Arial"/>
          <w:b w:val="0"/>
          <w:i w:val="0"/>
          <w:sz w:val="20"/>
        </w:rPr>
        <w:t>A 4.5 km return trail along the Georgian Bay shoreline to the historic Killarney East Lighthouse with panoramic bay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Waterfront Stroll: </w:t>
      </w:r>
      <w:r>
        <w:rPr>
          <w:rFonts w:ascii="Arial" w:hAnsi="Arial" w:cs="Arial"/>
          <w:b w:val="0"/>
          <w:i w:val="0"/>
          <w:sz w:val="20"/>
        </w:rPr>
        <w:t>1 km · 20 min · Easy · Flat — From the marina tender dock, stroll past Herbert's Fisheries, the Killarney Museum, and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Killarney Lighthouse Trail: </w:t>
      </w:r>
      <w:r>
        <w:rPr>
          <w:rFonts w:ascii="Arial" w:hAnsi="Arial" w:cs="Arial"/>
          <w:b w:val="0"/>
          <w:i w:val="0"/>
          <w:sz w:val="20"/>
        </w:rPr>
        <w:t>4.5 km return · 1.5 hrs · Moderate · Rocky shoreline — Head east from the village along the Georgian Bay shore to the Killarney East Lighthouse.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5:25AM–8:45PM · Jul 5:25AM–9:10PM · Sep 6:40AM–7:35PM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cruiseports.org/killarney-on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Killarney,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llarney-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Killarney East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Granite Ridge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Chikanishing Trail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