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Kiel,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sailing capital at the head of the Kiel Fjord — a maritime city beside the world's busiest artificial waterway, and a gateway to the Hanseatic jewel of Lübeck.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center) · 🕒 Typical call: 8–10 hrs · 💶 Euro (EUR) · 🗣️ German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Ostseekai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Lübeck · Maritime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Kiel Canal locks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€8–€20 — Taxis queue at all terminals. Central terminals run €8–€15; the more distant Ostuferhafen terminal is around €20 to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Lübeck — </w:t>
      </w:r>
      <w:r>
        <w:rPr>
          <w:rFonts w:ascii="Arial" w:hAnsi="Arial" w:cs="Arial"/>
          <w:b w:val="0"/>
          <w:i w:val="0"/>
          <w:sz w:val="20"/>
        </w:rPr>
        <w:t>The UNESCO-listed Hanseatic old town on its island — the brick Holstentor gate, marzipan shops, and seven church spires.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Hamburg Day Trip — </w:t>
      </w:r>
      <w:r>
        <w:rPr>
          <w:rFonts w:ascii="Arial" w:hAnsi="Arial" w:cs="Arial"/>
          <w:b w:val="0"/>
          <w:i w:val="0"/>
          <w:sz w:val="20"/>
        </w:rPr>
        <w:t>Germany's great port city — the Speicherstadt warehouse district, the Elbphilharmonie, and the Reeperbahn, ~1.25 hours away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Kiel Canal &amp; Holtenau Locks — </w:t>
      </w:r>
      <w:r>
        <w:rPr>
          <w:rFonts w:ascii="Arial" w:hAnsi="Arial" w:cs="Arial"/>
          <w:b w:val="0"/>
          <w:i w:val="0"/>
          <w:sz w:val="20"/>
        </w:rPr>
        <w:t>Watch ocean ships transit the locks where the world's busiest artificial waterway meets the Baltic — a maritime engineering…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Laboe Naval Memorial &amp; Beach — </w:t>
      </w:r>
      <w:r>
        <w:rPr>
          <w:rFonts w:ascii="Arial" w:hAnsi="Arial" w:cs="Arial"/>
          <w:b w:val="0"/>
          <w:i w:val="0"/>
          <w:sz w:val="20"/>
        </w:rPr>
        <w:t>Across the fjord, the towering Laboe Memorial and U-995 submarine, paired with a Baltic beach — reached by a scenic fjord ferry…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Kiellinie waterfront promenade: </w:t>
      </w:r>
      <w:r>
        <w:rPr>
          <w:rFonts w:ascii="Arial" w:hAnsi="Arial" w:cs="Arial"/>
          <w:b w:val="0"/>
          <w:i w:val="0"/>
          <w:sz w:val="20"/>
        </w:rPr>
        <w:t>~3 km · 1.5 hrs · easy — The pleasant fjord-side promenade from the city center, lined with sailing yachts, cafés, and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Holstenstraße &amp; old market: </w:t>
      </w:r>
      <w:r>
        <w:rPr>
          <w:rFonts w:ascii="Arial" w:hAnsi="Arial" w:cs="Arial"/>
          <w:b w:val="0"/>
          <w:i w:val="0"/>
          <w:sz w:val="20"/>
        </w:rPr>
        <w:t>~1.5 km · 1 hr · easy — Kiel's pedestrian shopping street up to the Alter Markt, the Nikolaikirche, and Barlach's 'Spirit…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Schwentine fjord ferry ride: </w:t>
      </w:r>
      <w:r>
        <w:rPr>
          <w:rFonts w:ascii="Arial" w:hAnsi="Arial" w:cs="Arial"/>
          <w:b w:val="0"/>
          <w:i w:val="0"/>
          <w:sz w:val="20"/>
        </w:rPr>
        <w:t>short ferry · 1–2 hrs · easy — Hop a fjord ferry from the city pier for a cheap mini-cruise across the harbour — a local's way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5:15AM–9:17PM · Jul 5:05AM–9:44PM · Sep 6:52AM–7:35PM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Kiel,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Computermuseum der Fachhochschule Kiel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Aussichtsplattform Schleuse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Naval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Leuchtturm Kiel-Holtenau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Hörn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Marine Biology Station Laboe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LaserZone LaserTag Kiel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Zoological Museum of Kiel University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