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Khor Fakkan, Sharjah, UAE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jagged Hajar Mountains plunge into turquoise Gulf of Oman waters, this Sharjah exclave offers rugged hiking, coral-rich snorkeling, and a beautifully restored corniche — all without a skyscraper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(shuttle to gate) · 🕒 Typical call: 7-9 hrs · 💵 UAE Dirham (AED) · 🗣️ Arabic / English widely spoken · 🚫 Dry emirate — no alcohol ashore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(6 quays); free shuttle to port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active industrial port; shuttle or taxi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hiking, beaches, UAE history off the beaten 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Khor Fakkan Amphitheatre &amp; the 45m-long waterfall carved into the mountain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AED 14 minimum (~) — Metered taxis follow Sharjah rates: AED 3 flag-fall by day, AED 14 minimum fare. Short city-center rides typically hit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Sharjah – Khorfakkan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Shark Island (Sira Khorfakkan) — </w:t>
      </w:r>
      <w:r>
        <w:rPr>
          <w:rFonts w:ascii="Arial" w:hAnsi="Arial" w:cs="Arial"/>
          <w:b w:val="0"/>
          <w:i w:val="0"/>
          <w:sz w:val="20"/>
        </w:rPr>
        <w:t>Hire a local boat to reach this rocky offshore islet — one of the UAE's top snorkel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Rabi Watchtower Hike — </w:t>
      </w:r>
      <w:r>
        <w:rPr>
          <w:rFonts w:ascii="Arial" w:hAnsi="Arial" w:cs="Arial"/>
          <w:b w:val="0"/>
          <w:i w:val="0"/>
          <w:sz w:val="20"/>
        </w:rPr>
        <w:t>A well-marked 4-5 km round-trip trail from this 1915 defense tower climbs into the Hajar Mountains for panoramic views over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Hisn Khor Fakkan Fort &amp; Museum — </w:t>
      </w:r>
      <w:r>
        <w:rPr>
          <w:rFonts w:ascii="Arial" w:hAnsi="Arial" w:cs="Arial"/>
          <w:b w:val="0"/>
          <w:i w:val="0"/>
          <w:sz w:val="20"/>
        </w:rPr>
        <w:t>This lovingly restored 1950s fort houses exhibits on the east coast's history, archaeological finds, and traditional Emirati life…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Khor Fakkan Beach &amp; Corniche — </w:t>
      </w:r>
      <w:r>
        <w:rPr>
          <w:rFonts w:ascii="Arial" w:hAnsi="Arial" w:cs="Arial"/>
          <w:b w:val="0"/>
          <w:i w:val="0"/>
          <w:sz w:val="20"/>
        </w:rPr>
        <w:t>Three kilometres of crescent white sand with calm, warm Gulf of Oman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 Rafisah Dam Lake — </w:t>
      </w:r>
      <w:r>
        <w:rPr>
          <w:rFonts w:ascii="Arial" w:hAnsi="Arial" w:cs="Arial"/>
          <w:b w:val="0"/>
          <w:i w:val="0"/>
          <w:sz w:val="20"/>
        </w:rPr>
        <w:t>A mountain lake ringed by greenery — a rare sight in the UAE.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Promenade Walk: </w:t>
      </w:r>
      <w:r>
        <w:rPr>
          <w:rFonts w:ascii="Arial" w:hAnsi="Arial" w:cs="Arial"/>
          <w:b w:val="0"/>
          <w:i w:val="0"/>
          <w:sz w:val="20"/>
        </w:rPr>
        <w:t>⏱ 45-60 min one way · 🚶 Easy · 🌊 Waterfront — Follow the 3km seafront promenade from near the fort northward past the beach to the amphitheatre…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5:33AM–6:56PM · Jul 5:37AM–7:11PM · Sep 6:04AM–6:22PM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cruiseports.org/khor-fakkan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Khor Fakkan, Sharjah, UAE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hor-fakk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Wadi Wurayah Biosphere Reserve محمية وادي الوريعة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town Khorfakan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Rabi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Khorfakkan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Resistance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AlQalqali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Flag Area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