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Key West,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southernmost city packs Hemingway bars, coral reef snorkeling, and a legendary nightly sunset celebration into a compact, walkable island — all steps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(3 piers) · 🕒 Typical call: 7-9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Mallory Square Dock, Pier B (Truman Annex), or Navy Outer Mole — all docked,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Mallory/Pier B; 10-min shuttle from Navy Mole (complimentary)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Reef snorkeling, Old Town bars and history, walking Duval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Mallory Square Sunset Celebration (if ship departs late afternoon or evening)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$10-15 (metered) — City-regulated metered taxis start at $2.95; group rates by zone (from $3.50/person) apply for 4+ passengers. Very short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Old Town Trolley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Reef Snorkeling — </w:t>
      </w:r>
      <w:r>
        <w:rPr>
          <w:rFonts w:ascii="Arial" w:hAnsi="Arial" w:cs="Arial"/>
          <w:b w:val="0"/>
          <w:i w:val="0"/>
          <w:sz w:val="20"/>
        </w:rPr>
        <w:t>The Florida Reef — the only living coral barrier reef in the continental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Ernest Hemingway Home &amp; Museum — </w:t>
      </w:r>
      <w:r>
        <w:rPr>
          <w:rFonts w:ascii="Arial" w:hAnsi="Arial" w:cs="Arial"/>
          <w:b w:val="0"/>
          <w:i w:val="0"/>
          <w:sz w:val="20"/>
        </w:rPr>
        <w:t>Tour the Spanish Colonial house where Hemingway lived and wrote classics like 'To Have and Have Not.' The roughly 60 polydactyl…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Conch Tour Train or Old Town Trolley — </w:t>
      </w:r>
      <w:r>
        <w:rPr>
          <w:rFonts w:ascii="Arial" w:hAnsi="Arial" w:cs="Arial"/>
          <w:b w:val="0"/>
          <w:i w:val="0"/>
          <w:sz w:val="20"/>
        </w:rPr>
        <w:t>The fastest way to get an overview — narrated 90-minute loop through all of Key West's major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Eco-Tour in the Backcountry — </w:t>
      </w:r>
      <w:r>
        <w:rPr>
          <w:rFonts w:ascii="Arial" w:hAnsi="Arial" w:cs="Arial"/>
          <w:b w:val="0"/>
          <w:i w:val="0"/>
          <w:sz w:val="20"/>
        </w:rPr>
        <w:t>Paddle through the mangrove islands of the Great White Heron National Wildlife Refuge north of Key West — a flat-water escape…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Zachary Taylor Beach — </w:t>
      </w:r>
      <w:r>
        <w:rPr>
          <w:rFonts w:ascii="Arial" w:hAnsi="Arial" w:cs="Arial"/>
          <w:b w:val="0"/>
          <w:i w:val="0"/>
          <w:sz w:val="20"/>
        </w:rPr>
        <w:t>The best beach accessible from the cruise port — clear water, good shade, and a historic Civil War fort.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Walk: </w:t>
      </w:r>
      <w:r>
        <w:rPr>
          <w:rFonts w:ascii="Arial" w:hAnsi="Arial" w:cs="Arial"/>
          <w:b w:val="0"/>
          <w:i w:val="0"/>
          <w:sz w:val="20"/>
        </w:rPr>
        <w:t>2 miles • 1-1.5 hrs • Easy/flat — The classic loop from the port through Key West's historic core — past Mallory Square, down Duval…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Seaport &amp; Waterfront Stroll: </w:t>
      </w:r>
      <w:r>
        <w:rPr>
          <w:rFonts w:ascii="Arial" w:hAnsi="Arial" w:cs="Arial"/>
          <w:b w:val="0"/>
          <w:i w:val="0"/>
          <w:sz w:val="20"/>
        </w:rPr>
        <w:t>1 mile • 30-45 min • Easy — Head east along the waterfront from the cruise piers through the Historic Seaport — charter boats…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6:43AM–8:03PM · Jul 6:48AM–8:18PM · Sep 7:13AM–7:30PM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cruiseports.org/key-west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Key West,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ey-we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 Fisher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Yankee Freedom Dry Tortugas Ferry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Hemingway Home and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Barefoot Billy's Watersports - The Reach Resort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Smathers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Key West Butterfly and Nature Conservatory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Key West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Truman Little White 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