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Kefalonia Island, Ionian Islands,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Greece's largest Ionian island rewards cruise visitors with electric-blue cave lakes, white-pebble beaches plunging into turquoise water, and a lush, pine-forested interior unlike any other stop in the Aegean.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(occasional tender if berth occupied) · 🕒 Typical call: 7-9 hrs · 💶 Euro (€) · 🗣️ Greek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Single cruise berth at Argostoli quay; most ships dock directly. If berth is occupied by a larger vessel, passengers tender to the old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to harbor promenade; 15 min to Lithostroto shopping street; 20 min to Plateia Vallianou (main square)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caves, scenic drives, sea turtles, Greek island dining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Loggerhead sea turtles at the fishing dock (morning), Melissani Cave boat tour, clifftop view over Myrtos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€8–€12 — Taxis wait at the port and around Argostoli's central square. Fares for short hops around town are €8–€12; confirm the 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Melissani Cave &amp; Lake — </w:t>
      </w:r>
      <w:r>
        <w:rPr>
          <w:rFonts w:ascii="Arial" w:hAnsi="Arial" w:cs="Arial"/>
          <w:b w:val="0"/>
          <w:i w:val="0"/>
          <w:sz w:val="20"/>
        </w:rPr>
        <w:t>An underground lake inside a collapsed cave near Sami, 40 minutes east of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Myrtos Beach — </w:t>
      </w:r>
      <w:r>
        <w:rPr>
          <w:rFonts w:ascii="Arial" w:hAnsi="Arial" w:cs="Arial"/>
          <w:b w:val="0"/>
          <w:i w:val="0"/>
          <w:sz w:val="20"/>
        </w:rPr>
        <w:t>Consistently ranked one of the world's most beautiful beaches — sheer white limestone cliffs drop to smooth white pebbles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Drogarati Cave — </w:t>
      </w:r>
      <w:r>
        <w:rPr>
          <w:rFonts w:ascii="Arial" w:hAnsi="Arial" w:cs="Arial"/>
          <w:b w:val="0"/>
          <w:i w:val="0"/>
          <w:sz w:val="20"/>
        </w:rPr>
        <w:t>A 150-million-year-old cave near Sami with towering stalactites and remarkable acoustics — opera performers have staged concerts…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Assos Village &amp; Venetian Castle — </w:t>
      </w:r>
      <w:r>
        <w:rPr>
          <w:rFonts w:ascii="Arial" w:hAnsi="Arial" w:cs="Arial"/>
          <w:b w:val="0"/>
          <w:i w:val="0"/>
          <w:sz w:val="20"/>
        </w:rPr>
        <w:t>A painterly village on a horse-shoe peninsula on the northwest coast, its pastel houses mostly rebuilt after the 1953 earthquake…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Makris Gialos &amp; Platis Gialos Beaches — </w:t>
      </w:r>
      <w:r>
        <w:rPr>
          <w:rFonts w:ascii="Arial" w:hAnsi="Arial" w:cs="Arial"/>
          <w:b w:val="0"/>
          <w:i w:val="0"/>
          <w:sz w:val="20"/>
        </w:rPr>
        <w:t>The most convenient beaches for cruise passengers — golden sand, calm clear water, sunbeds, beach bars, and water sports, just 10…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Argostoli Waterfront &amp; Sea Turtle Loop: </w:t>
      </w:r>
      <w:r>
        <w:rPr>
          <w:rFonts w:ascii="Arial" w:hAnsi="Arial" w:cs="Arial"/>
          <w:b w:val="0"/>
          <w:i w:val="0"/>
          <w:sz w:val="20"/>
        </w:rPr>
        <w:t>3 km · 45-60 min · Flat · Free — Walk the harbor promenade north from the cruise quay to the fishing dock to spot Caretta-caretta…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Fanari Lighthouse Stroll: </w:t>
      </w:r>
      <w:r>
        <w:rPr>
          <w:rFonts w:ascii="Arial" w:hAnsi="Arial" w:cs="Arial"/>
          <w:b w:val="0"/>
          <w:i w:val="0"/>
          <w:sz w:val="20"/>
        </w:rPr>
        <w:t>2.5 km one-way · 35 min · Easy · Free — Head north along the coastal path from Argostoli center to the distinctive circular Fanari (Saint…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6:27AM–8:41PM · Jul 6:27AM–9:00PM · Sep 7:20AM–7:45PM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cruiseports.org/kefalonia-island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Kefalonia Island, Ionian Islands,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efaloni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Βοτανικός Κήπος Κεφαλονιάς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 Love Kefalonia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Dias Apiary Bijen Boerderij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 Turtle Viewpoint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Kounopetra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Platia Kampanas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Melissani Cave Lake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