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Kawaihae Harbor, Big Island, Hawaii,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raw, working harbor on the Big Island's sun-baked Kohala Coast — your gateway to sacred Hawaiian history, famous white-sand beaches, and the cool paniolo hill town of Waimea.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(industrial commercial wharf) · 🕒 Typical call: 7-9 hrs · 💵 USD · 🗣️ English / Hawaiian · ☀️ Hot &amp; dry — bring sunscreen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(commercial wharf) — shuttle to port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to Kawaihae shops; Puʻukoholā Heiau 15–20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Hawaiian history, Waimea day trip,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Puʻukoholā Heiau &amp; Hāpuna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$35–$55 — Hawaii County regulated taxis ($3.20/mile) serve the harbor. Waikoloa Beach Resorts run ~$35–45; Waimea (Kamuela) ~$45–5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Lyft, holoholo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Puʻukoholā Heiau National Historic Site — </w:t>
      </w:r>
      <w:r>
        <w:rPr>
          <w:rFonts w:ascii="Arial" w:hAnsi="Arial" w:cs="Arial"/>
          <w:b w:val="0"/>
          <w:i w:val="0"/>
          <w:sz w:val="20"/>
        </w:rPr>
        <w:t>Walk to this immense stone temple built by King Kamehameha the Great in 1790–91 as he unified the Hawaiian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Hāpuna Beach — </w:t>
      </w:r>
      <w:r>
        <w:rPr>
          <w:rFonts w:ascii="Arial" w:hAnsi="Arial" w:cs="Arial"/>
          <w:b w:val="0"/>
          <w:i w:val="0"/>
          <w:sz w:val="20"/>
        </w:rPr>
        <w:t>Consistently ranked one of Hawaii's finest beaches — a long sweep of powdery white sand with brilliant turquoise 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Spencer Beach Park (Samuel M. Spencer) — </w:t>
      </w:r>
      <w:r>
        <w:rPr>
          <w:rFonts w:ascii="Arial" w:hAnsi="Arial" w:cs="Arial"/>
          <w:b w:val="0"/>
          <w:i w:val="0"/>
          <w:sz w:val="20"/>
        </w:rPr>
        <w:t>A calm, reef-protected beach just 1.5 miles south of the harbor — great for swimming, snorkeling, and families.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Waimea (Kamuela) Town &amp; Parker Ranch — </w:t>
      </w:r>
      <w:r>
        <w:rPr>
          <w:rFonts w:ascii="Arial" w:hAnsi="Arial" w:cs="Arial"/>
          <w:b w:val="0"/>
          <w:i w:val="0"/>
          <w:sz w:val="20"/>
        </w:rPr>
        <w:t>Drive 15 minutes uphill into Hawaii's paniolo cowboy country.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Pololū Valley Lookout — </w:t>
      </w:r>
      <w:r>
        <w:rPr>
          <w:rFonts w:ascii="Arial" w:hAnsi="Arial" w:cs="Arial"/>
          <w:b w:val="0"/>
          <w:i w:val="0"/>
          <w:sz w:val="20"/>
        </w:rPr>
        <w:t>Drive north to the end of Highway 270 for a stunning panorama of dramatic windward sea cliffs and the green Pololū Valley.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Gate to Puʻukoholā Heiau: </w:t>
      </w:r>
      <w:r>
        <w:rPr>
          <w:rFonts w:ascii="Arial" w:hAnsi="Arial" w:cs="Arial"/>
          <w:b w:val="0"/>
          <w:i w:val="0"/>
          <w:sz w:val="20"/>
        </w:rPr>
        <w:t>1 mile · 20 min · Easy · Flat highway shoulder — Head south from the port gate along Akoni Pule Highway (Route 270) to reach Puʻukoholā Heiau…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Gate to Kawaihae Shopping Center: </w:t>
      </w:r>
      <w:r>
        <w:rPr>
          <w:rFonts w:ascii="Arial" w:hAnsi="Arial" w:cs="Arial"/>
          <w:b w:val="0"/>
          <w:i w:val="0"/>
          <w:sz w:val="20"/>
        </w:rPr>
        <w:t>0.5 mile · 10 min · Easy — Walk north along the highway to the Kawaihae Shopping Center for local restaurants (Kohala Burger &amp;…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5:47AM–6:52PM · Jul 5:52AM–7:05PM · Sep 6:11AM–6:25PM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cruiseports.org/kawaihae-harbor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Kawaihae Harbor, Big Island, Hawaii,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waihae-harbo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Hapuna Beach State Recreation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Buddha 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Mauna Kea Golf Course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Harbor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Spencer Beach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Puʻukoholā Heiau National Historic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Holoholokai Beach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Mauna Lani Golf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