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Kasane, Chobe, Botswana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Chobe River meets one of Africa's greatest wildlife spectacles. Kasane puts you on the water alongside elephants, hippos, and crocodiles — or on a 4x4 chasing lions through the park.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Riverfront jetty (no cruise terminal) · 🕒 Typical call: full day or homeport · 💵 Botswana Pula / USD widely accepted · 🗣️ English (official) · 🐘 Wildlife safari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Lodge jetties &amp; informal riverfront landings — no dedicated cruise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Kasane town is compact; river lodges are 5–15 min walk to shops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safaris, Chobe River boat cruises, day trip to Victoria Falls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Chobe River sunset cruise with elephant herds coming to drink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BWP 30–50 (~$2–4 USD) — Yellow-sign taxis are available near the waterfront for short hops around town. Agree on a fare before you get 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Chobe River Boat Safari — </w:t>
      </w:r>
      <w:r>
        <w:rPr>
          <w:rFonts w:ascii="Arial" w:hAnsi="Arial" w:cs="Arial"/>
          <w:b w:val="0"/>
          <w:i w:val="0"/>
          <w:sz w:val="20"/>
        </w:rPr>
        <w:t>The signature Kasane experience.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Chobe National Park Game Drive — </w:t>
      </w:r>
      <w:r>
        <w:rPr>
          <w:rFonts w:ascii="Arial" w:hAnsi="Arial" w:cs="Arial"/>
          <w:b w:val="0"/>
          <w:i w:val="0"/>
          <w:sz w:val="20"/>
        </w:rPr>
        <w:t>Open 4x4 drives through the park's floodplain and riverine woodland in search of lions, leopards, buffalo, and the park's famous…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Full-Day Chobe Safari (Game Drive + River Cruise) — </w:t>
      </w:r>
      <w:r>
        <w:rPr>
          <w:rFonts w:ascii="Arial" w:hAnsi="Arial" w:cs="Arial"/>
          <w:b w:val="0"/>
          <w:i w:val="0"/>
          <w:sz w:val="20"/>
        </w:rPr>
        <w:t>The classic combo: morning land game drive followed by an afternoon river cruise, with lunch at a riverside lodge.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Victoria Falls Day Trip — </w:t>
      </w:r>
      <w:r>
        <w:rPr>
          <w:rFonts w:ascii="Arial" w:hAnsi="Arial" w:cs="Arial"/>
          <w:b w:val="0"/>
          <w:i w:val="0"/>
          <w:sz w:val="20"/>
        </w:rPr>
        <w:t>Eighty kilometres from Kasane, Victoria Falls on the Zimbabwe/Zambia border is one of the world's greatest natural wonders.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Sunset River Cruise — </w:t>
      </w:r>
      <w:r>
        <w:rPr>
          <w:rFonts w:ascii="Arial" w:hAnsi="Arial" w:cs="Arial"/>
          <w:b w:val="0"/>
          <w:i w:val="0"/>
          <w:sz w:val="20"/>
        </w:rPr>
        <w:t>Short, photogenic sunset cruise on the Chobe River.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Kasane Riverfront Stroll: </w:t>
      </w:r>
      <w:r>
        <w:rPr>
          <w:rFonts w:ascii="Arial" w:hAnsi="Arial" w:cs="Arial"/>
          <w:b w:val="0"/>
          <w:i w:val="0"/>
          <w:sz w:val="20"/>
        </w:rPr>
        <w:t>1–2 km · Easy · 20–30 min — A flat walk along the Chobe Riverfront past lodge grounds, boat landings, and riverside viewpoints.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Kasane Town Centre Loop: </w:t>
      </w:r>
      <w:r>
        <w:rPr>
          <w:rFonts w:ascii="Arial" w:hAnsi="Arial" w:cs="Arial"/>
          <w:b w:val="0"/>
          <w:i w:val="0"/>
          <w:sz w:val="20"/>
        </w:rPr>
        <w:t>1 km · Easy · 15–20 min — A short walk from the riverfront lodges into town takes you past Kazungula Road shops, the Chobe…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6:37AM–5:53PM · Jul 6:50AM–6:00PM · Sep 6:15AM–6:14PM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cruiseports.org/kasane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Kasane, Chobe, Botswana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sa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CARACAL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Chobe National Park Stretch Point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Sedudu Gate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