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Kaş, Antalya,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Lycian sarcophagi share the street with bougainvillea-draped cafes — Kaş is Turkey's most characterful small port, with ancient ruins, gem-clear seas, and a Greek island just 20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💵 Turkish Lira (TRY); EUR/USD widely accepted · 🗣️ Turkish · 🤿 Turkey's top dive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bay, boats land at the Old Harbor (Yat Limanı)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step off the tender into the town square — everything is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diving, scenic wandering, day trip to Greece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Kekova Sunken City boat trip or the free Antiphellos Theater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₺500–₺800 (~€15–€25) short ride — Metered taxis and Uber Taxi (app-booked licensed cabs) are available for rides within and around Kaş. Confirm the fare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Kekova Sunken City Boat Trip — </w:t>
      </w:r>
      <w:r>
        <w:rPr>
          <w:rFonts w:ascii="Arial" w:hAnsi="Arial" w:cs="Arial"/>
          <w:b w:val="0"/>
          <w:i w:val="0"/>
          <w:sz w:val="20"/>
        </w:rPr>
        <w:t>Glide over the ruins of an ancient Lycian city submerged by a 2nd-century earthquake.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Antiphellos Ancient Theater (Free) — </w:t>
      </w:r>
      <w:r>
        <w:rPr>
          <w:rFonts w:ascii="Arial" w:hAnsi="Arial" w:cs="Arial"/>
          <w:b w:val="0"/>
          <w:i w:val="0"/>
          <w:sz w:val="20"/>
        </w:rPr>
        <w:t>A beautifully preserved Hellenistic theater on a peninsula cliff, facing the open sea and Kastellorizo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</w:t>
      </w:r>
      <w:r>
        <w:rPr>
          <w:rFonts w:ascii="Arial" w:hAnsi="Arial" w:cs="Arial"/>
          <w:b w:val="0"/>
          <w:i w:val="0"/>
          <w:sz w:val="20"/>
        </w:rPr>
        <w:t>Kaş is Turkey's diving capital — with exceptional visibility, underwater caves, amphora fields, and WWII wrecks.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Kastellorizo (Meis), Greece — </w:t>
      </w:r>
      <w:r>
        <w:rPr>
          <w:rFonts w:ascii="Arial" w:hAnsi="Arial" w:cs="Arial"/>
          <w:b w:val="0"/>
          <w:i w:val="0"/>
          <w:sz w:val="20"/>
        </w:rPr>
        <w:t>A 20-minute ferry crosses to this tiny, photogenic Greek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Kaputaş Beach &amp; Saklıkent Gorge — </w:t>
      </w:r>
      <w:r>
        <w:rPr>
          <w:rFonts w:ascii="Arial" w:hAnsi="Arial" w:cs="Arial"/>
          <w:b w:val="0"/>
          <w:i w:val="0"/>
          <w:sz w:val="20"/>
        </w:rPr>
        <w:t>Turkey's most photographed beach — turquoise water at the mouth of a gorge, reached via 180 steps.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Lycian Sarcophagus Stroll: </w:t>
      </w:r>
      <w:r>
        <w:rPr>
          <w:rFonts w:ascii="Arial" w:hAnsi="Arial" w:cs="Arial"/>
          <w:b w:val="0"/>
          <w:i w:val="0"/>
          <w:sz w:val="20"/>
        </w:rPr>
        <w:t>30–45 min · Flat to gentle uphill · Free — From the harbor, walk up Uzun Çarşı (the Long Bazaar) past bougainvillea-draped Ottoman balconies…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Peninsula Walk to Antiphellos Theater: </w:t>
      </w:r>
      <w:r>
        <w:rPr>
          <w:rFonts w:ascii="Arial" w:hAnsi="Arial" w:cs="Arial"/>
          <w:b w:val="0"/>
          <w:i w:val="0"/>
          <w:sz w:val="20"/>
        </w:rPr>
        <w:t>25 min each way · Flat · Free — Follow the road west along the peninsula past the small yacht harbor to the ancient theater.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Küçük Çakıl Beach: </w:t>
      </w:r>
      <w:r>
        <w:rPr>
          <w:rFonts w:ascii="Arial" w:hAnsi="Arial" w:cs="Arial"/>
          <w:b w:val="0"/>
          <w:i w:val="0"/>
          <w:sz w:val="20"/>
        </w:rPr>
        <w:t>10 min walk · Easy · Pebble beach — A short walk east of the tender dock brings you to this tiny cove with astonishingly cold, clear…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5:56AM–7:59PM · Jul 5:55AM–8:19PM · Sep 6:43AM–7:11PM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Kaş, Antalya,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Tuğra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Lycia Rock Tombs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Boat Trips by Captain Ergun | Kekova Tekne Turu | Kaş Tekne Turu | Кекова прогулка на лодке | Tekne Kiralama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Kas Merkez Mosque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