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Karpathos, Dodecanese,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Greece's last unspoiled islands, Karpathos rewards curious cruisers with world-class beaches, a medieval mountain village where women still wear traditional embroidered dress daily, and the kind of taverna seafood that belongs on a postcard.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 ships) · 🕒 Typical call: 6-8 hrs · 💶 Euro (€) · 🗣️ Greek (English spoken in town)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Small/mid ships dock at Pigadia pier; large ships anchor and tender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flat walk from pier to Pigadia harbor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Greek culture, dramatic beaches, village exploration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Olympos village (1 hr north) and a plate of local makarounes pasta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€7–€15 — Taxis are available at Pigadia port, which is essentially the town center. Short rides within Pigadia cost around €7; lo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Olympos Living Village — </w:t>
      </w:r>
      <w:r>
        <w:rPr>
          <w:rFonts w:ascii="Arial" w:hAnsi="Arial" w:cs="Arial"/>
          <w:b w:val="0"/>
          <w:i w:val="0"/>
          <w:sz w:val="20"/>
        </w:rPr>
        <w:t>Drive 43 km north on scenic mountain roads to Olympos, a village that time forgot.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Apella Beach — </w:t>
      </w:r>
      <w:r>
        <w:rPr>
          <w:rFonts w:ascii="Arial" w:hAnsi="Arial" w:cs="Arial"/>
          <w:b w:val="0"/>
          <w:i w:val="0"/>
          <w:sz w:val="20"/>
        </w:rPr>
        <w:t>Consistently rated one of the best beaches in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Kyra Panagia Beach — </w:t>
      </w:r>
      <w:r>
        <w:rPr>
          <w:rFonts w:ascii="Arial" w:hAnsi="Arial" w:cs="Arial"/>
          <w:b w:val="0"/>
          <w:i w:val="0"/>
          <w:sz w:val="20"/>
        </w:rPr>
        <w:t>A stunning cove of fine pebbles and emerald water flanked by steep cliffs, crowned by the iconic red-domed church of Kyra Panagia.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Menetes Village &amp; Acropolis — </w:t>
      </w:r>
      <w:r>
        <w:rPr>
          <w:rFonts w:ascii="Arial" w:hAnsi="Arial" w:cs="Arial"/>
          <w:b w:val="0"/>
          <w:i w:val="0"/>
          <w:sz w:val="20"/>
        </w:rPr>
        <w:t>The whitewashed medieval village of Menetes clings dramatically to a clifftop just 15 minutes from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Pigadia Harbor Lunch — </w:t>
      </w:r>
      <w:r>
        <w:rPr>
          <w:rFonts w:ascii="Arial" w:hAnsi="Arial" w:cs="Arial"/>
          <w:b w:val="0"/>
          <w:i w:val="0"/>
          <w:sz w:val="20"/>
        </w:rPr>
        <w:t>The harbor promenade is lined with traditional tavernas serving Karpathos specialties: makarounes (handmade pasta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Promenade Stroll: </w:t>
      </w:r>
      <w:r>
        <w:rPr>
          <w:rFonts w:ascii="Arial" w:hAnsi="Arial" w:cs="Arial"/>
          <w:b w:val="0"/>
          <w:i w:val="0"/>
          <w:sz w:val="20"/>
        </w:rPr>
        <w:t>30-45 min · Flat · Walkable from pier — Exit the port and walk the pedestrian harbor front lined with cafes, tavernas, and souvenir shops.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Pigadia Beach Walk: </w:t>
      </w:r>
      <w:r>
        <w:rPr>
          <w:rFonts w:ascii="Arial" w:hAnsi="Arial" w:cs="Arial"/>
          <w:b w:val="0"/>
          <w:i w:val="0"/>
          <w:sz w:val="20"/>
        </w:rPr>
        <w:t>20 min walk · Flat · Free beach — Turn right out of the port and follow the coastal path 15-20 minutes to Pigadia Town Beach — a long…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6:22AM–8:43PM · Jul 6:21AM–9:02PM · Sep 7:17AM–7:44PM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cruiseports.org/karpathos-island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Karpathos, Dodecanese,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rpath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 Of Agia Fotini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Παραλία Μεγάλη Αμμοωπή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Poseidon's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Kastelia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