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Karlskrona, Blekinge,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Founded in 1680 as Sweden's strategic naval fortress, Karlskrona is a UNESCO World Heritage baroque city spread across 33 archipelago islands — with a free world-class naval museum, wooden cottages straight out of a fairy tale, and the Baltic Sea on every horizon.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(Verkö) or City Dock · 🕒 Typical call: 8–10 hrs · 💳 Cashless (card only, SEK) · 🗣️ Swedish (English widely spoken)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 ships dock at Verkö (10 km east); smaller ships berth at Handelshamnen in the city center; some anchor and tender to Fisktorget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Handelshamnen; shuttle/bus required from Verkö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Naval history, baroque architecture, archipelago walks, Scandinavian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Naval Museum on Stumholmen — submarine hall and 18th-century figureheads (adults ~170 SEK summer; free for under-18)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170–210 SEK (~–20 USD) — Taxis are available from Verkö port terminal to the city center, a roughly 10-minute ride. May need pre-arrangement; cre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Naval Museum &amp; Submarine Hall — </w:t>
      </w:r>
      <w:r>
        <w:rPr>
          <w:rFonts w:ascii="Arial" w:hAnsi="Arial" w:cs="Arial"/>
          <w:b w:val="0"/>
          <w:i w:val="0"/>
          <w:sz w:val="20"/>
        </w:rPr>
        <w:t>The Marinmuseum on Stumholmen island is world-class.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Baroque Old Town &amp; Stortorget — </w:t>
      </w:r>
      <w:r>
        <w:rPr>
          <w:rFonts w:ascii="Arial" w:hAnsi="Arial" w:cs="Arial"/>
          <w:b w:val="0"/>
          <w:i w:val="0"/>
          <w:sz w:val="20"/>
        </w:rPr>
        <w:t>Stroll the grand baroque main square — one of the largest in Sweden — flanked by Fredrikskyrkan and Trefaldighetskyrkan, both…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Kungsholms Fort Boat Tour — </w:t>
      </w:r>
      <w:r>
        <w:rPr>
          <w:rFonts w:ascii="Arial" w:hAnsi="Arial" w:cs="Arial"/>
          <w:b w:val="0"/>
          <w:i w:val="0"/>
          <w:sz w:val="20"/>
        </w:rPr>
        <w:t>This 300-year-old active military fortification guards the entrance to the Blekinge archipelago with a unique circular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Aspö Island &amp; Drottningskär Citadel — </w:t>
      </w:r>
      <w:r>
        <w:rPr>
          <w:rFonts w:ascii="Arial" w:hAnsi="Arial" w:cs="Arial"/>
          <w:b w:val="0"/>
          <w:i w:val="0"/>
          <w:sz w:val="20"/>
        </w:rPr>
        <w:t>Take the free yellow car ferry from Handelshamnen to Aspö island (25 min), then walk 15 min to the remarkably preserved…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Björkholmen Wooden Cottage Quarter — </w:t>
      </w:r>
      <w:r>
        <w:rPr>
          <w:rFonts w:ascii="Arial" w:hAnsi="Arial" w:cs="Arial"/>
          <w:b w:val="0"/>
          <w:i w:val="0"/>
          <w:sz w:val="20"/>
        </w:rPr>
        <w:t>Wander the narrow lanes of this 18th-century neighbourhood of tiny colourful wooden cottages, built for early naval shipyard…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Centre Loop: Stortorget to Naval Museum: </w:t>
      </w:r>
      <w:r>
        <w:rPr>
          <w:rFonts w:ascii="Arial" w:hAnsi="Arial" w:cs="Arial"/>
          <w:b w:val="0"/>
          <w:i w:val="0"/>
          <w:sz w:val="20"/>
        </w:rPr>
        <w:t>3 km · 60–90 min · Easy, mostly flat — Start at Stortorget (the main baroque square), walk past Fredrikskyrkan, head down to Fisktorget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Admiralty Church &amp; Harbour Walk: </w:t>
      </w:r>
      <w:r>
        <w:rPr>
          <w:rFonts w:ascii="Arial" w:hAnsi="Arial" w:cs="Arial"/>
          <w:b w:val="0"/>
          <w:i w:val="0"/>
          <w:sz w:val="20"/>
        </w:rPr>
        <w:t>1.5 km · 30–45 min · Easy — Visit Amiralitetskyrkan — Sweden's largest wooden church — and toss a coin in the famous Gubben…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4:44AM–9:05PM · Jul 4:32AM–9:34PM · Sep 6:29AM–7:14PM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cruiseports.org/karlskrona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Karlskrona, Blekinge,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rlskro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Rosenbom, statue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 Museum - Albinsson &amp; Sjöberg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Almö natural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Fredrikskyrkan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Blekinge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Hoglands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Karlskrona Naval Museum (Marinmuseum)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Amiralitetsklockstapeln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