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Kangerlussuaq, Western Greenland, Greenland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Deep inside a 190 km fjord, Kangerlussuaq is one of the only places on Earth where you can drive to the Greenland Ice Sheet. Former Cold War air base, now Greenland's main airport — and a wildlife-rich tundra unlike any other Arctic port.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(anchor in fjord) · 🕒 Typical call: 6-8 hrs · 💵 Danish Krone (DKK) — cards widely accepted · 🗣️ Greenlandic &amp; Danish · 🦌 10,000 musk ox on the tundra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/ Zodiac — ships anchor in Kangerlussuaq Fjord; small expedition vessels may use the Royal Arctic Line supply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Settlement is ~1 km from tender landing; all main excursions require transport (25 km to glacier)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Ice sheet access, musk ox safaris, glacier walks, Arctic wildlife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Russell Glacier (25 km, drive-to ice wall) and Point 660 — walk on the Greenland Ice Sheet itself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290–430 DKK (~–60 USD) — Only about 8 taxis serve the entire town and availability during cruise calls is very limited. The tender landing to set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Russell Glacier &amp; Ice Wall — </w:t>
      </w:r>
      <w:r>
        <w:rPr>
          <w:rFonts w:ascii="Arial" w:hAnsi="Arial" w:cs="Arial"/>
          <w:b w:val="0"/>
          <w:i w:val="0"/>
          <w:sz w:val="20"/>
        </w:rPr>
        <w:t>Drive 25 km across tundra and river valleys to stand below a 60-meter vertical ice wall.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on the Greenland Ice Sheet (Point 660) — </w:t>
      </w:r>
      <w:r>
        <w:rPr>
          <w:rFonts w:ascii="Arial" w:hAnsi="Arial" w:cs="Arial"/>
          <w:b w:val="0"/>
          <w:i w:val="0"/>
          <w:sz w:val="20"/>
        </w:rPr>
        <w:t>Drive to Point 660 and step onto the world's second-largest ice sheet.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Musk Ox Tundra Safari — </w:t>
      </w:r>
      <w:r>
        <w:rPr>
          <w:rFonts w:ascii="Arial" w:hAnsi="Arial" w:cs="Arial"/>
          <w:b w:val="0"/>
          <w:i w:val="0"/>
          <w:sz w:val="20"/>
        </w:rPr>
        <w:t>Around 10,000 musk oxen roam the Kangerlussuaq tundra — one of the highest densities anywhere.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Kangerlussuaq Museum &amp; Airbase History — </w:t>
      </w:r>
      <w:r>
        <w:rPr>
          <w:rFonts w:ascii="Arial" w:hAnsi="Arial" w:cs="Arial"/>
          <w:b w:val="0"/>
          <w:i w:val="0"/>
          <w:sz w:val="20"/>
        </w:rPr>
        <w:t>The small local museum traces the US Air Force Sondrestrom Air Base era (WWII through Cold War) with artifacts, photos,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Hiking: Lake Ferguson &amp; Sugarloaf Mountain — </w:t>
      </w:r>
      <w:r>
        <w:rPr>
          <w:rFonts w:ascii="Arial" w:hAnsi="Arial" w:cs="Arial"/>
          <w:b w:val="0"/>
          <w:i w:val="0"/>
          <w:sz w:val="20"/>
        </w:rPr>
        <w:t>Self-guided or guided hikes from the settlement.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Settlement Stroll: Pier to Museum: </w:t>
      </w:r>
      <w:r>
        <w:rPr>
          <w:rFonts w:ascii="Arial" w:hAnsi="Arial" w:cs="Arial"/>
          <w:b w:val="0"/>
          <w:i w:val="0"/>
          <w:sz w:val="20"/>
        </w:rPr>
        <w:t>1.5 km | Easy | 20-30 min — Walk from the tender landing along the main road through the former airbase settlement, past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 Ferguson Walk: </w:t>
      </w:r>
      <w:r>
        <w:rPr>
          <w:rFonts w:ascii="Arial" w:hAnsi="Arial" w:cs="Arial"/>
          <w:b w:val="0"/>
          <w:i w:val="0"/>
          <w:sz w:val="20"/>
        </w:rPr>
        <w:t>~8 km round trip | Moderate | 2.5-3 hrs — Follow the trail from the settlement out to Lake Ferguson — a glacially-fed lake on the tundra.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6:36AM–10:11PM · Aug 5:53AM–10:57PM · Sep 7:42AM–8:51PM · Oct 9:24AM–6:51PM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Bugs in summer: June–August, mosquitoes and blackflies can be ferocious inland. Pack a head net and strong insect repellent — this is not optional.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in layers: Kangerlussuaq is warmer than coastal Greenland (up to 20°C in summer), but temperatures near the ice sheet can drop sharply. Waterproof outer…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Book excursions early: Vehicle capacity is very limited. Russell Glacier and ice sheet tours sell out fast — pre-book through your cruise line or a local…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cruiseports.org/kangerlussuaq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