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Kangaroo Island, South Australia,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zoo without fences, Australia's third-largest island is a sanctuary of wild sea lions, ancient granite boulders, and some of the country's best honey and gin — all just a tender ride from your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8-10 hrs · 💵 Australian Dollar (AUD) · 🗣️ English · 🦘 Wildlife &amp; nature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Penneshaw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~400 m uphill from the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encounters, pristine beaches, food &amp;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Seal Bay sea lions or Remarkable Rocks (both need a tour)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by group size — Kangaroo Island Tours &amp; Bus Charters offers fixed-price taxi and minibus charters. Ideal for small groups wanting flexib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Seal Bay Conservation Park — </w:t>
      </w:r>
      <w:r>
        <w:rPr>
          <w:rFonts w:ascii="Arial" w:hAnsi="Arial" w:cs="Arial"/>
          <w:b w:val="0"/>
          <w:i w:val="0"/>
          <w:sz w:val="20"/>
        </w:rPr>
        <w:t>Walk a guided beach tour among a wild colony of endangered Australian sea lions.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Remarkable Rocks &amp; Admirals Arch — </w:t>
      </w:r>
      <w:r>
        <w:rPr>
          <w:rFonts w:ascii="Arial" w:hAnsi="Arial" w:cs="Arial"/>
          <w:b w:val="0"/>
          <w:i w:val="0"/>
          <w:sz w:val="20"/>
        </w:rPr>
        <w:t>Enormous lichen-stained granite boulders perched above the Southern Ocean at the western tip of Flinders Chase National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Dudley Wines &amp; Kangaroo Island Spirits — </w:t>
      </w:r>
      <w:r>
        <w:rPr>
          <w:rFonts w:ascii="Arial" w:hAnsi="Arial" w:cs="Arial"/>
          <w:b w:val="0"/>
          <w:i w:val="0"/>
          <w:sz w:val="20"/>
        </w:rPr>
        <w:t>Dudley Wines sits on a cliff overlooking Backstairs Passage — grab a pizza and a glass 15 minutes from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Raptor Domain Bird Show — </w:t>
      </w:r>
      <w:r>
        <w:rPr>
          <w:rFonts w:ascii="Arial" w:hAnsi="Arial" w:cs="Arial"/>
          <w:b w:val="0"/>
          <w:i w:val="0"/>
          <w:sz w:val="20"/>
        </w:rPr>
        <w:t>An acclaimed wildlife rescue and education center famous for its in-flight bird of prey show — owls, eagles, and falcons fly over…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Stokes Bay Hidden Beach — </w:t>
      </w:r>
      <w:r>
        <w:rPr>
          <w:rFonts w:ascii="Arial" w:hAnsi="Arial" w:cs="Arial"/>
          <w:b w:val="0"/>
          <w:i w:val="0"/>
          <w:sz w:val="20"/>
        </w:rPr>
        <w:t>Walk through a boulder labyrinth to emerge onto a hidden white-sand beach with a natural rock pool — voted Australia's best beach…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Penneshaw Wallaby Track: </w:t>
      </w:r>
      <w:r>
        <w:rPr>
          <w:rFonts w:ascii="Arial" w:hAnsi="Arial" w:cs="Arial"/>
          <w:b w:val="0"/>
          <w:i w:val="0"/>
          <w:sz w:val="20"/>
        </w:rPr>
        <w:t>3 km loop · 1-1.5 hrs · Easy coastal path · Free — Start at the Penneshaw Jetty, follow the coastal track past the penguin interpretive display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Penneshaw Sculpture Trail: </w:t>
      </w:r>
      <w:r>
        <w:rPr>
          <w:rFonts w:ascii="Arial" w:hAnsi="Arial" w:cs="Arial"/>
          <w:b w:val="0"/>
          <w:i w:val="0"/>
          <w:sz w:val="20"/>
        </w:rPr>
        <w:t>1.5 km · 30-45 min · Easy bushland path · Free — A gently winding trail through native bushland in the heart of Penneshaw, dotted with sculptures by…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7:07AM–5:21PM · Jul 7:25AM–5:22PM · Sep 6:18AM–6:09PM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cruiseports.org/kangaroo-island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Kangaroo Island, South Australia,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ngaroo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Kangaroo Island Sculpture Trail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Penneshaw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