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Kangaamiut, Qeqqata,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living Arctic fishing settlement perched on rocky hills at the mouth of two dramatic fjords. No cruise terminal, no tourist traps — just Greenland as it actually is.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4–6 hrs · 💵 Danish Krone (DKK) — bring cash for crafts · 🗣️ Greenlandic (Kalaallisut) &amp; Danish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offshore, tenders land at Kangaamiut Village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you step off the tender into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Arctic culture, photography, short hikes, authentic Greenlandic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small village museum and its historic ivory and soapstone carvings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Museum &amp; Historic Carvings — </w:t>
      </w:r>
      <w:r>
        <w:rPr>
          <w:rFonts w:ascii="Arial" w:hAnsi="Arial" w:cs="Arial"/>
          <w:b w:val="0"/>
          <w:i w:val="0"/>
          <w:sz w:val="20"/>
        </w:rPr>
        <w:t>Kangaamiut was a celebrated carving center in the 1920s–30s.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Hilltop Hike for Fjord Views — </w:t>
      </w:r>
      <w:r>
        <w:rPr>
          <w:rFonts w:ascii="Arial" w:hAnsi="Arial" w:cs="Arial"/>
          <w:b w:val="0"/>
          <w:i w:val="0"/>
          <w:sz w:val="20"/>
        </w:rPr>
        <w:t>A short, steep hike above the village rewards with panoramic views of Kangaamiut Kangerluarsuat Fjord and, on clear days…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Wildlife Spotting — </w:t>
      </w:r>
      <w:r>
        <w:rPr>
          <w:rFonts w:ascii="Arial" w:hAnsi="Arial" w:cs="Arial"/>
          <w:b w:val="0"/>
          <w:i w:val="0"/>
          <w:sz w:val="20"/>
        </w:rPr>
        <w:t>The fjords around Kangaamiut host seals, seabirds, and occasionally whales.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Local Crafts &amp; Pilersuisoq Store — </w:t>
      </w:r>
      <w:r>
        <w:rPr>
          <w:rFonts w:ascii="Arial" w:hAnsi="Arial" w:cs="Arial"/>
          <w:b w:val="0"/>
          <w:i w:val="0"/>
          <w:sz w:val="20"/>
        </w:rPr>
        <w:t>Local artisans sometimes sell carvings and handicrafts on call days — bring small DKK bills, as cash-only.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 &amp; Hilltop Viewpoint: </w:t>
      </w:r>
      <w:r>
        <w:rPr>
          <w:rFonts w:ascii="Arial" w:hAnsi="Arial" w:cs="Arial"/>
          <w:b w:val="0"/>
          <w:i w:val="0"/>
          <w:sz w:val="20"/>
        </w:rPr>
        <w:t>1.5–2 km | 45–90 min | Uneven rocky paths — From the tender quay, walk through the colorful painted houses along the waterfront, then climb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6:53AM–10:15PM · Aug 6:13AM–10:59PM · Sep 7:55AM–8:59PM · Oct 9:30AM–7:06PM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Danish Krone cash. The Pilersuisoq store takes cards, but local craft sellers are cash-only. No ATM exists in the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sturdy, grippy boots. Gravel paths and wet wooden stairs are the norm — sandals or sneakers are a bad idea.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Don't pet the sled dogs. They are working animals, not pets, and can be dangerous. Admire from a distance.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cruiseports.org/kangaamiut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