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Kalymnos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rugged Dodecanese island that built its wealth on deep-sea sponge diving and reinvented itself as one of the world's great rock-climbing destinations — all wrapped around a vibrant harbor town with excellent seafood.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Docked (small ships) · 🕒 Typical call: 6–8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Pothia quay; large cruise ships tender to the main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ashore directly into Pothia — town center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Sponge diving history, rock climbing, authentic Greek island atmosphere,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Lady of Kalymnos bronze statue at the Archaeological Museum and a sponge-factory tour on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near the port in Pothia. Short rides within town are inexpensive; trips to beach villages like Myrties or Mas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Pothia Sponge Diving Walking Tour — </w:t>
      </w:r>
      <w:r>
        <w:rPr>
          <w:rFonts w:ascii="Arial" w:hAnsi="Arial" w:cs="Arial"/>
          <w:b w:val="0"/>
          <w:i w:val="0"/>
          <w:sz w:val="20"/>
        </w:rPr>
        <w:t>Trace Kalymnos's seafaring past through the neoclassical mansions built on sponge wealth, a waterfront sponge workshop…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Climbing at Massouri &amp; Grande Grotta — </w:t>
      </w:r>
      <w:r>
        <w:rPr>
          <w:rFonts w:ascii="Arial" w:hAnsi="Arial" w:cs="Arial"/>
          <w:b w:val="0"/>
          <w:i w:val="0"/>
          <w:sz w:val="20"/>
        </w:rPr>
        <w:t>Kalymnos has over 4,000 sport climbing routes on solid limestone cliffs above the west-coast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Massouri &amp; Telendos Island Beach Day — </w:t>
      </w:r>
      <w:r>
        <w:rPr>
          <w:rFonts w:ascii="Arial" w:hAnsi="Arial" w:cs="Arial"/>
          <w:b w:val="0"/>
          <w:i w:val="0"/>
          <w:sz w:val="20"/>
        </w:rPr>
        <w:t>Kalymnos's best beaches line the west coast near Massouri and Myrties, with clear turquoise water and dramatic cliff backdrops.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Vathy Fjord Village — </w:t>
      </w:r>
      <w:r>
        <w:rPr>
          <w:rFonts w:ascii="Arial" w:hAnsi="Arial" w:cs="Arial"/>
          <w:b w:val="0"/>
          <w:i w:val="0"/>
          <w:sz w:val="20"/>
        </w:rPr>
        <w:t>On Kalymnos's east coast, a dramatic gorge opens onto the tiny fishing village of Vathy, sitting at the head of a narrow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Savvas Monastery &amp; Castle Views — </w:t>
      </w:r>
      <w:r>
        <w:rPr>
          <w:rFonts w:ascii="Arial" w:hAnsi="Arial" w:cs="Arial"/>
          <w:b w:val="0"/>
          <w:i w:val="0"/>
          <w:sz w:val="20"/>
        </w:rPr>
        <w:t>The stone monastery of Agios Savvas clings above Pothia and delivers the best panoramic shot of the harbor, your ship,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Pothia Harbourfront &amp; Old Town: </w:t>
      </w:r>
      <w:r>
        <w:rPr>
          <w:rFonts w:ascii="Arial" w:hAnsi="Arial" w:cs="Arial"/>
          <w:b w:val="0"/>
          <w:i w:val="0"/>
          <w:sz w:val="20"/>
        </w:rPr>
        <w:t>1–2 hrs · Easy · All on foot — From the quay, follow the waterfront road past sponge workshops and tavernas, then duck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Chrysocheria &amp; Windmills: </w:t>
      </w:r>
      <w:r>
        <w:rPr>
          <w:rFonts w:ascii="Arial" w:hAnsi="Arial" w:cs="Arial"/>
          <w:b w:val="0"/>
          <w:i w:val="0"/>
          <w:sz w:val="20"/>
        </w:rPr>
        <w:t>1.5 hrs · Moderate · Uphill walk — A 20-minute uphill walk from the port brings you to the ruined Knights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6:04AM–8:12PM · Jul 6:04AM–8:31PM · Sep 6:54AM–7:19PM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cruiseports.org/kalymnos-island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Kalymnos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lymn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Kalymnos Archaeological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Arginonta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Chrysocheria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Palionisos Kalimnou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Vlychadia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Emporios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