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Kalvåg, Bremanger,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Norway's most atmospheric fishing villages, Kalvåg packs century-old rorbuer cabins, world-class seafood, and dramatic coastal scenery into a tiny harbour on Bremanger's outer coast.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Quay (small vessels) · 🕒 Typical call: 6–8 hrs · 💳 Cashless — cards only (NOK) · 🗣️ Norwegian · 🦞 Seafood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Public quay for smaller vessels; large ships may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Quay is in the village — everything within 5 min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Seafood, coastal atmosphere, hiking, floating sauna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Lunch at Knutholmen restaurant overlooking the harbour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Varies (contact ahead) — Eikeset Taxi (Pål Eikeset, +47 959 56 341) serves the Bremanger/Kalvåg area. Pre-booking recommended as availability is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Knutholmen Seafood Experience — </w:t>
      </w:r>
      <w:r>
        <w:rPr>
          <w:rFonts w:ascii="Arial" w:hAnsi="Arial" w:cs="Arial"/>
          <w:b w:val="0"/>
          <w:i w:val="0"/>
          <w:sz w:val="20"/>
        </w:rPr>
        <w:t>The Knutholmen complex is Kalvåg's centrepiece — a cluster of restored 19th-century sea-houses turned into a restaurant and pub.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Flona Coastal Walk — </w:t>
      </w:r>
      <w:r>
        <w:rPr>
          <w:rFonts w:ascii="Arial" w:hAnsi="Arial" w:cs="Arial"/>
          <w:b w:val="0"/>
          <w:i w:val="0"/>
          <w:sz w:val="20"/>
        </w:rPr>
        <w:t>An easy loop from the village giving panoramic views over the open sea and breaking Atlantic waves.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Hornelen Hike — </w:t>
      </w:r>
      <w:r>
        <w:rPr>
          <w:rFonts w:ascii="Arial" w:hAnsi="Arial" w:cs="Arial"/>
          <w:b w:val="0"/>
          <w:i w:val="0"/>
          <w:sz w:val="20"/>
        </w:rPr>
        <w:t>Europe's highest sea cliff (860 m) rises dramatically from the Frøysjøen strait near Kalvåg.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Floating Sauna — Kok og Bad — </w:t>
      </w:r>
      <w:r>
        <w:rPr>
          <w:rFonts w:ascii="Arial" w:hAnsi="Arial" w:cs="Arial"/>
          <w:b w:val="0"/>
          <w:i w:val="0"/>
          <w:sz w:val="20"/>
        </w:rPr>
        <w:t>Step into a traditional Norwegian sauna moored in Kalvåg harbour, then plunge into the sea for a bracing dip.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Vingen Rock Carvings — </w:t>
      </w:r>
      <w:r>
        <w:rPr>
          <w:rFonts w:ascii="Arial" w:hAnsi="Arial" w:cs="Arial"/>
          <w:b w:val="0"/>
          <w:i w:val="0"/>
          <w:sz w:val="20"/>
        </w:rPr>
        <w:t>One of Scandinavia's largest concentrations of Stone Age rock carvings sits in dramatic fjord scenery near Bremanger.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Waterfront Stroll: </w:t>
      </w:r>
      <w:r>
        <w:rPr>
          <w:rFonts w:ascii="Arial" w:hAnsi="Arial" w:cs="Arial"/>
          <w:b w:val="0"/>
          <w:i w:val="0"/>
          <w:sz w:val="20"/>
        </w:rPr>
        <w:t>30 min · Flat · All abilities — Walk the full length of Kalvåg's harbour past restored rorbuer cabins, the Knutholmen complex,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Flona Coastal Loop: </w:t>
      </w:r>
      <w:r>
        <w:rPr>
          <w:rFonts w:ascii="Arial" w:hAnsi="Arial" w:cs="Arial"/>
          <w:b w:val="0"/>
          <w:i w:val="0"/>
          <w:sz w:val="20"/>
        </w:rPr>
        <w:t>1.5–2 hrs · Easy · Panoramic sea views — Follow the Flona trail from the village edge out to the open coast for sweeping Atlantic views…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4:49AM–10:26PM · Jul 4:26AM–11:04PM · Sep 7:07AM–8:02PM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cruiseports.org/kalvag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