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Kalundborg, Zealand,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the world's only five-towered medieval church built on a Greek cross plan, Kalundborg is a compact Danish town where 800-year-old spires rise above cobbled streets and the Great Belt shimmers beyond the fjord.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(Ny Vesthavn terminal) · 🕒 Typical call: 6–8 hrs · 💵 Danish Krone (DKK) — cards accepted everywhere · 🗣️ Danish / English widely spoken · 🚌 Free shuttle to town centre (~3 km)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Ny Vesthavn terminal, Piers 5–6; deep-water quay (15 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3–4 km from pier; free shuttle buses almost always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Scandinavian history, easy day trip to Roskilde or Copenhagen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Vor Frue Kirke — the world's only five-towered church of its kind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€20–27 — Taxis are available at the pier for the 3–4 km ride into the historic town center; journey takes about 10–15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Vor Frue Kirke — the Five-Tower Church — </w:t>
      </w:r>
      <w:r>
        <w:rPr>
          <w:rFonts w:ascii="Arial" w:hAnsi="Arial" w:cs="Arial"/>
          <w:b w:val="0"/>
          <w:i w:val="0"/>
          <w:sz w:val="20"/>
        </w:rPr>
        <w:t>Built around 1170 by nobleman Esbern Snare, this extraordinary Romanesque brick church has five towers arranged in a Greek cross…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Kalundborg Museum at Lindegården — </w:t>
      </w:r>
      <w:r>
        <w:rPr>
          <w:rFonts w:ascii="Arial" w:hAnsi="Arial" w:cs="Arial"/>
          <w:b w:val="0"/>
          <w:i w:val="0"/>
          <w:sz w:val="20"/>
        </w:rPr>
        <w:t>Housed in a Renaissance manor built on the remains of King Valdemar Atterdag's city wall, the museum covers Viking Age finds…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Røsnæs Peninsula Drive — </w:t>
      </w:r>
      <w:r>
        <w:rPr>
          <w:rFonts w:ascii="Arial" w:hAnsi="Arial" w:cs="Arial"/>
          <w:b w:val="0"/>
          <w:i w:val="0"/>
          <w:sz w:val="20"/>
        </w:rPr>
        <w:t>One of Denmark's sunniest spots, the Røsnæs peninsula juts into the Great Belt with dramatic chalk cliffs, the 1846 Røsnæs…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Roskilde Day Trip — Vikings &amp; UNESCO Cathedral — </w:t>
      </w:r>
      <w:r>
        <w:rPr>
          <w:rFonts w:ascii="Arial" w:hAnsi="Arial" w:cs="Arial"/>
          <w:b w:val="0"/>
          <w:i w:val="0"/>
          <w:sz w:val="20"/>
        </w:rPr>
        <w:t>Just 45 minutes by train, Roskilde offers the world-class Viking Ship Museum with original 11th-century longships, plus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Lerchenborg Castle &amp; Gardens — </w:t>
      </w:r>
      <w:r>
        <w:rPr>
          <w:rFonts w:ascii="Arial" w:hAnsi="Arial" w:cs="Arial"/>
          <w:b w:val="0"/>
          <w:i w:val="0"/>
          <w:sz w:val="20"/>
        </w:rPr>
        <w:t>An elegant 18th-century baroque manor house set in sculpted grounds about 4 km south of Kalundborg.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High Town Heritage Loop: </w:t>
      </w:r>
      <w:r>
        <w:rPr>
          <w:rFonts w:ascii="Arial" w:hAnsi="Arial" w:cs="Arial"/>
          <w:b w:val="0"/>
          <w:i w:val="0"/>
          <w:sz w:val="20"/>
        </w:rPr>
        <w:t>1.5 km · 30–45 min · Easy — Start at Vor Frue Kirke, circle the cobbled Højbyen streets past half-timbered houses and the 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&amp; Fjord Walk: </w:t>
      </w:r>
      <w:r>
        <w:rPr>
          <w:rFonts w:ascii="Arial" w:hAnsi="Arial" w:cs="Arial"/>
          <w:b w:val="0"/>
          <w:i w:val="0"/>
          <w:sz w:val="20"/>
        </w:rPr>
        <w:t>2.5 km · 45 min · Easy — From the town centre head down to Kalundborg Havn, follow the waterfront south to Gisseløre Beach…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5:04AM–9:20PM · Jul 4:53AM–9:49PM · Sep 6:48AM–7:32PM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cruiseports.org/kalundborg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Kalundborg, Zealand,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lundbo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Bishop's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Ulstrup Mølle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Kalundborg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Bjerge Nordstrand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Ulstrup Strand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