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Kalamata, Peloponnese,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Capital of Messinia and birthplace of the world's most famous olive, Kalamata blends Byzantine churches, a hilltop Frankish fortress, and easy access to some of the Peloponnese's finest ancient sites.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7-9 hrs · 💶 Euro (€) · 🗣️ Greek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at the main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15-20 min along the waterfront promenade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Ancient ruins, olive culture, Peloponnese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Ancient Messene — one of Greece's best-preserved ancient cities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€5–€10 — Taxis are readily available at the port. The short ride to the city center typically costs €5–€10; surcharges may apply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Ancient Messene — </w:t>
      </w:r>
      <w:r>
        <w:rPr>
          <w:rFonts w:ascii="Arial" w:hAnsi="Arial" w:cs="Arial"/>
          <w:b w:val="0"/>
          <w:i w:val="0"/>
          <w:sz w:val="20"/>
        </w:rPr>
        <w:t>One of Greece's most remarkably preserved Hellenistic cities, just 40 minutes from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Mystras &amp; Sparta — </w:t>
      </w:r>
      <w:r>
        <w:rPr>
          <w:rFonts w:ascii="Arial" w:hAnsi="Arial" w:cs="Arial"/>
          <w:b w:val="0"/>
          <w:i w:val="0"/>
          <w:sz w:val="20"/>
        </w:rPr>
        <w:t>Drive through the scenic Langada Pass to visit legendary Ancient Sparta and the nearby Byzantine ruins of Mystras — a UNESCO…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Methoni Venetian Castle — </w:t>
      </w:r>
      <w:r>
        <w:rPr>
          <w:rFonts w:ascii="Arial" w:hAnsi="Arial" w:cs="Arial"/>
          <w:b w:val="0"/>
          <w:i w:val="0"/>
          <w:sz w:val="20"/>
        </w:rPr>
        <w:t>A dramatic Venetian sea fortress at the tip of the Messinian peninsula, connected to a tiny island by a causeway.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Kalamata Olive &amp; Food Tour — </w:t>
      </w:r>
      <w:r>
        <w:rPr>
          <w:rFonts w:ascii="Arial" w:hAnsi="Arial" w:cs="Arial"/>
          <w:b w:val="0"/>
          <w:i w:val="0"/>
          <w:sz w:val="20"/>
        </w:rPr>
        <w:t>Kalamata olives are arguably the world's most famous variety — visit an olive grove and mill, learn the production process,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Voidokilia Beach &amp; Gialova Lagoon — </w:t>
      </w:r>
      <w:r>
        <w:rPr>
          <w:rFonts w:ascii="Arial" w:hAnsi="Arial" w:cs="Arial"/>
          <w:b w:val="0"/>
          <w:i w:val="0"/>
          <w:sz w:val="20"/>
        </w:rPr>
        <w:t>A perfectly circular sandy bay framed by dunes — one of Greece's most photogenic beaches — paired with the Gialova Lagoon,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Old Town &amp; Castle: </w:t>
      </w:r>
      <w:r>
        <w:rPr>
          <w:rFonts w:ascii="Arial" w:hAnsi="Arial" w:cs="Arial"/>
          <w:b w:val="0"/>
          <w:i w:val="0"/>
          <w:sz w:val="20"/>
        </w:rPr>
        <w:t>4 km round trip · 1.5-2 hrs · Easy-moderate — From the pier, walk the Navarinou promenade past cafés and the beach to the city centre.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Market &amp; Archaeological Museum Loop: </w:t>
      </w:r>
      <w:r>
        <w:rPr>
          <w:rFonts w:ascii="Arial" w:hAnsi="Arial" w:cs="Arial"/>
          <w:b w:val="0"/>
          <w:i w:val="0"/>
          <w:sz w:val="20"/>
        </w:rPr>
        <w:t>2 km · 45 min · Easy — A flat city walk taking in the Municipal Market — heaving with olives, olive oil, fresh produce…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6:23AM–8:32PM · Jul 6:23AM–8:50PM · Sep 7:13AM–7:38PM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cruiseports.org/kalamata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Kalamata, Peloponnese,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alamat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Archaeological Museum of Messinia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Πολεμικό Μουσείο Καλαμάτας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Victoria Karelias Collection of Traditional Greek Costumes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Historical and Folklore Museum of Kalamata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Central Square of Kalamata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