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Kaiteriteri, Nelson-Tasman,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sun-drenched gateway to Abel Tasman National Park, where golden mica-flecked beaches meet calm turquoise water and the only way deeper into the park is by boat or boot.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6-8 hrs · 💵 NZD (New Zealand Dollar)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Kaiteriteri Beach jetty —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you land right on the main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Abel Tasman water taxis, kayaking, Split Apple Rock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Water taxi into the national park; Kaka Pah Point lookout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NZD $85–$114/person — Abel Tasman Sea Shuttles and Wilsons Abel Tasman offer hop-on hop-off water taxis into the national park from the Kaiter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Abel Tasman Water Taxi &amp; Hike — </w:t>
      </w:r>
      <w:r>
        <w:rPr>
          <w:rFonts w:ascii="Arial" w:hAnsi="Arial" w:cs="Arial"/>
          <w:b w:val="0"/>
          <w:i w:val="0"/>
          <w:sz w:val="20"/>
        </w:rPr>
        <w:t>Hop a fast water taxi from the beach into the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Sea Kayaking — </w:t>
      </w:r>
      <w:r>
        <w:rPr>
          <w:rFonts w:ascii="Arial" w:hAnsi="Arial" w:cs="Arial"/>
          <w:b w:val="0"/>
          <w:i w:val="0"/>
          <w:sz w:val="20"/>
        </w:rPr>
        <w:t>Paddle the calm golden-sand coastline with a guide from Kaiteriteri Kayaks.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Split Apple Rock Cruise — </w:t>
      </w:r>
      <w:r>
        <w:rPr>
          <w:rFonts w:ascii="Arial" w:hAnsi="Arial" w:cs="Arial"/>
          <w:b w:val="0"/>
          <w:i w:val="0"/>
          <w:sz w:val="20"/>
        </w:rPr>
        <w:t>A short dedicated boat tour around the headland to Tokangawhā — the iconic giant granite boulder split cleanly in half, steeped…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Sailing Catamaran — </w:t>
      </w:r>
      <w:r>
        <w:rPr>
          <w:rFonts w:ascii="Arial" w:hAnsi="Arial" w:cs="Arial"/>
          <w:b w:val="0"/>
          <w:i w:val="0"/>
          <w:sz w:val="20"/>
        </w:rPr>
        <w:t>Trade the tender crowd for a peaceful skippered catamaran through the park's lagoons and bays.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Kaka Pah Point &amp; Māori History Walk — </w:t>
      </w:r>
      <w:r>
        <w:rPr>
          <w:rFonts w:ascii="Arial" w:hAnsi="Arial" w:cs="Arial"/>
          <w:b w:val="0"/>
          <w:i w:val="0"/>
          <w:sz w:val="20"/>
        </w:rPr>
        <w:t>A free 10-minute walk from the beach to the historic Māori pā/kāinga site on the headland at the northern end of the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Kaka Pah Point Lookout: </w:t>
      </w:r>
      <w:r>
        <w:rPr>
          <w:rFonts w:ascii="Arial" w:hAnsi="Arial" w:cs="Arial"/>
          <w:b w:val="0"/>
          <w:i w:val="0"/>
          <w:sz w:val="20"/>
        </w:rPr>
        <w:t>30 min round trip · Easy · Free — From the tender jetty, walk along the beach to the northern headland track.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Kaiteriteri to Little Kaiteriteri: </w:t>
      </w:r>
      <w:r>
        <w:rPr>
          <w:rFonts w:ascii="Arial" w:hAnsi="Arial" w:cs="Arial"/>
          <w:b w:val="0"/>
          <w:i w:val="0"/>
          <w:sz w:val="20"/>
        </w:rPr>
        <w:t>30 min one way · Easy · Free — Follow the footpath over the southern headland to quieter Little Kaiteriteri Beach — smaller, more…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7:28AM–5:19PM · Jul 7:49AM–5:18PM · Sep 6:29AM–6:17PM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cruiseports.org/kaiteriteri-nz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Kaiteriteri, Nelson-Tasman,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iteriteri-n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Abel Tasman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Abel Tasman Sailing Adventures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Abel Tasman Kayaks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Hawkes Lookout Walk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Ngarua Caves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Skydive Abel Tasman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Motueka District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Split Apple Rock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