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Kaikoura, Canterbury, New Zealand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Southern Alps plunge straight into a whale-rich ocean canyon. Kaikoura delivers world-class wildlife encounters and some of New Zealand's most dramatic coastal scenery — all within a few hours ashore.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(South Bay Marina) · 🕒 Typical call: 7–9 hrs · 💵 NZD — cards accepted everywhere · 🗣️ English / Te Reo Māori · 🐋 Wildlife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tenders to South Bay Marina (~2.5 km from town)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~45 min on flat road from South Bay Marina, or take the free/cheap cruise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Whale watching, dolphin swims, fur seals, dramatic coastal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Fresh crayfish at the roadside Kaikoura Seafood BBQ near Point Kean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Contact for quote — Kaikoura Shuttles and Taxis (+64 3 319 6166) offers transfers and a 3-hour sightseeing tour (NZ$140/adult, NZ$90/child,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Sperm Whale Watching by Boat — </w:t>
      </w:r>
      <w:r>
        <w:rPr>
          <w:rFonts w:ascii="Arial" w:hAnsi="Arial" w:cs="Arial"/>
          <w:b w:val="0"/>
          <w:i w:val="0"/>
          <w:sz w:val="20"/>
        </w:rPr>
        <w:t>Whale Watch Kaikoura runs 3-hour catamaran trips over the Hikurangi Trench, where giant sperm whales feed year-round.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Swim with Dusky Dolphins — </w:t>
      </w:r>
      <w:r>
        <w:rPr>
          <w:rFonts w:ascii="Arial" w:hAnsi="Arial" w:cs="Arial"/>
          <w:b w:val="0"/>
          <w:i w:val="0"/>
          <w:sz w:val="20"/>
        </w:rPr>
        <w:t>Dolphin Encounter takes small groups out to swim alongside pods of hundreds of dusky dolphins in the open ocean — one of New…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Kaikoura Peninsula Walkway — </w:t>
      </w:r>
      <w:r>
        <w:rPr>
          <w:rFonts w:ascii="Arial" w:hAnsi="Arial" w:cs="Arial"/>
          <w:b w:val="0"/>
          <w:i w:val="0"/>
          <w:sz w:val="20"/>
        </w:rPr>
        <w:t>A dramatic cliff-top trail with views of the ocean, fur seals on the rocks below, seabirds nesting on ledges, and snow-capped…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Albatross &amp; Seabird Encounter — </w:t>
      </w:r>
      <w:r>
        <w:rPr>
          <w:rFonts w:ascii="Arial" w:hAnsi="Arial" w:cs="Arial"/>
          <w:b w:val="0"/>
          <w:i w:val="0"/>
          <w:sz w:val="20"/>
        </w:rPr>
        <w:t>A short boat trip to encounter royal albatrosses, giant petrels, and shearwaters feeding just offshore — a must for birders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Scenic Whale Watch Flight — </w:t>
      </w:r>
      <w:r>
        <w:rPr>
          <w:rFonts w:ascii="Arial" w:hAnsi="Arial" w:cs="Arial"/>
          <w:b w:val="0"/>
          <w:i w:val="0"/>
          <w:sz w:val="20"/>
        </w:rPr>
        <w:t>Air Kaikoura offers 30-minute fixed-wing flights over the coast — spot sperm whales from above, framed by the Seaward Kaikoura…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to Point Kean Seal Colony: </w:t>
      </w:r>
      <w:r>
        <w:rPr>
          <w:rFonts w:ascii="Arial" w:hAnsi="Arial" w:cs="Arial"/>
          <w:b w:val="0"/>
          <w:i w:val="0"/>
          <w:sz w:val="20"/>
        </w:rPr>
        <w:t>4 km one-way · ~50 min · flat · free — A flat, scenic walkway along the waterfront from the town center past Fyffe House to the Point Kean…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Peninsula Walkway Clifftop Loop (South Bay section): </w:t>
      </w:r>
      <w:r>
        <w:rPr>
          <w:rFonts w:ascii="Arial" w:hAnsi="Arial" w:cs="Arial"/>
          <w:b w:val="0"/>
          <w:i w:val="0"/>
          <w:sz w:val="20"/>
        </w:rPr>
        <w:t>2 km · 45 min · easy-moderate · free — From South Bay Marina, follow the Peninsula Walkway up onto the clifftops for sweeping ocean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7:29AM–5:13PM · Jul 7:50AM–5:11PM · Sep 6:27AM–6:14PM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cruiseports.org/kaikoura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Kaikoura, Canterbury, New Zealand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aikour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Kaikoura Visitor Information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Mt Fyffe Carpark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Kaikoura Llama Trekking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Kaikoura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Fyffe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Daves' Diving Kaikoura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