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Kahului, Maui,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Maui's only active cruise terminal sits in a workaday harbor, but step off the ship and the whole island opens up — volcanic summits, jungle waterfalls, and snorkel-perfect craters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USD · 🗣️ English / Hawaiian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alongside berth at Kahului Harbor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Queen Ka'ahumanu Center ~1.5 mi (20-30 min); not scenic — take a shuttle or rideshare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Haleakalā volcano, Road to Hana, Molokini snorkel, Iao Valley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Molokini Crater snorkel or a sunrise/day summit at Haleakalā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~$20 flat rate — County-regulated flat rate of $20 for trips under 3 miles covers the 1–2 mile ride to Kahului town center. Taxis availab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Hula Hula Hopper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Road to Hana — </w:t>
      </w:r>
      <w:r>
        <w:rPr>
          <w:rFonts w:ascii="Arial" w:hAnsi="Arial" w:cs="Arial"/>
          <w:b w:val="0"/>
          <w:i w:val="0"/>
          <w:sz w:val="20"/>
        </w:rPr>
        <w:t>Maui's legendary 64-mile coastal highway winds through rainforest, past waterfalls, and black-sand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Haleakalā National Park Summit — </w:t>
      </w:r>
      <w:r>
        <w:rPr>
          <w:rFonts w:ascii="Arial" w:hAnsi="Arial" w:cs="Arial"/>
          <w:b w:val="0"/>
          <w:i w:val="0"/>
          <w:sz w:val="20"/>
        </w:rPr>
        <w:t>Drive to the 10,023-ft summit of a dormant shield volcano for sweeping crater views above the clouds.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Molokini Crater Snorkel — </w:t>
      </w:r>
      <w:r>
        <w:rPr>
          <w:rFonts w:ascii="Arial" w:hAnsi="Arial" w:cs="Arial"/>
          <w:b w:val="0"/>
          <w:i w:val="0"/>
          <w:sz w:val="20"/>
        </w:rPr>
        <w:t>This partially submerged volcanic crater off Maui's south coast is ranked among the world's best snorkel sites — visibility often…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Iao Valley State Monument — </w:t>
      </w:r>
      <w:r>
        <w:rPr>
          <w:rFonts w:ascii="Arial" w:hAnsi="Arial" w:cs="Arial"/>
          <w:b w:val="0"/>
          <w:i w:val="0"/>
          <w:sz w:val="20"/>
        </w:rPr>
        <w:t>A lush valley with the iconic Iao Needle — a 1,200-ft green basalt spire rising from the valley floor.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 Cruise (Dec–Apr) — </w:t>
      </w:r>
      <w:r>
        <w:rPr>
          <w:rFonts w:ascii="Arial" w:hAnsi="Arial" w:cs="Arial"/>
          <w:b w:val="0"/>
          <w:i w:val="0"/>
          <w:sz w:val="20"/>
        </w:rPr>
        <w:t>Kahului Harbor is right in the middle of North Pacific humpback whale winter grounds.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Iao Valley Loop: </w:t>
      </w:r>
      <w:r>
        <w:rPr>
          <w:rFonts w:ascii="Arial" w:hAnsi="Arial" w:cs="Arial"/>
          <w:b w:val="0"/>
          <w:i w:val="0"/>
          <w:sz w:val="20"/>
        </w:rPr>
        <w:t>1.2 miles | Easy | Paved paths — Short paved loop through lush Iao Valley with views of the Iao Needle spire.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Paia Town Stroll: </w:t>
      </w:r>
      <w:r>
        <w:rPr>
          <w:rFonts w:ascii="Arial" w:hAnsi="Arial" w:cs="Arial"/>
          <w:b w:val="0"/>
          <w:i w:val="0"/>
          <w:sz w:val="20"/>
        </w:rPr>
        <w:t>0.5 miles | Easy | Flat — Walk the main strip of Paia town from the iconic Paia Fish Market along Baldwin Avenue's galleries…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5:48AM–6:56PM · Jul 5:53AM–7:09PM · Sep 6:13AM–6:28PM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cruiseports.org/kahului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Kahului, Maui, Hawaii,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hulu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Maui Ocean Center, The Aquarium of Hawaii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Ho'okipa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Maui Exposition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Baldwin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Kanaha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Maui Nui Botanical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PacWhale Eco-Adventures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Kahului Community Center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