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Kagoshima, Kyushu,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Kagoshima sits at the feet of Sakurajima, one of Japan's most active volcanoes — a constant, smoke-puffing presence across the bay. Between a UNESCO garden, samurai streets, and a ferry to the caldera's edge, this southern Kyushu city punches well above its port-call weight.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(Marine Port Kagoshima) · 🕒 Typical call: 8–10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Marine Port Kagoshima, modern 340m quay south of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km — shuttle bus or tram recommended; City View tourist bus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day trip, traditional gardens, samurai history, Japanese street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Sakurajima ferry + lava trail footbath, Sengan-en garden, shirokuma shaved 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¥2,800–¥3,400 (~–22 USD) one-way — Taxis wait at the port terminal — about 10 minutes to city center. Good value for groups of 3–4. Starting fare ¥560; met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Sakurajima Volcano Ferry &amp; Lava Trail — </w:t>
      </w:r>
      <w:r>
        <w:rPr>
          <w:rFonts w:ascii="Arial" w:hAnsi="Arial" w:cs="Arial"/>
          <w:b w:val="0"/>
          <w:i w:val="0"/>
          <w:sz w:val="20"/>
        </w:rPr>
        <w:t>A 15-minute ferry across Kinko Bay lands you on one of Japan's most active volcanoes.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Sengan-en Garden &amp; Shoko Shuseikan Museum — </w:t>
      </w:r>
      <w:r>
        <w:rPr>
          <w:rFonts w:ascii="Arial" w:hAnsi="Arial" w:cs="Arial"/>
          <w:b w:val="0"/>
          <w:i w:val="0"/>
          <w:sz w:val="20"/>
        </w:rPr>
        <w:t>A UNESCO World Heritage landscape garden built by the Shimazu clan in 1658, designed with Sakurajima as its 'borrowed scenery.'…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Shiroyama Observatory &amp; Castle Ruins — </w:t>
      </w:r>
      <w:r>
        <w:rPr>
          <w:rFonts w:ascii="Arial" w:hAnsi="Arial" w:cs="Arial"/>
          <w:b w:val="0"/>
          <w:i w:val="0"/>
          <w:sz w:val="20"/>
        </w:rPr>
        <w:t>The wooded hilltop above central Kagoshima offers the best panoramic view of the city and Sakurajima.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Tenmonkan Food &amp; Shopping District — </w:t>
      </w:r>
      <w:r>
        <w:rPr>
          <w:rFonts w:ascii="Arial" w:hAnsi="Arial" w:cs="Arial"/>
          <w:b w:val="0"/>
          <w:i w:val="0"/>
          <w:sz w:val="20"/>
        </w:rPr>
        <w:t>Kagoshima's downtown covered arcade is the place to eat kurobuta (black Berkshire pork) tonkatsu, try shirokuma shaved ice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Chiran Samurai District &amp; Peace Museum — </w:t>
      </w:r>
      <w:r>
        <w:rPr>
          <w:rFonts w:ascii="Arial" w:hAnsi="Arial" w:cs="Arial"/>
          <w:b w:val="0"/>
          <w:i w:val="0"/>
          <w:sz w:val="20"/>
        </w:rPr>
        <w:t>A beautifully preserved samurai residential street with zen garden-fronted stone walls, about 1 hour south by bus or taxi.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Tenmonkan Walk: </w:t>
      </w:r>
      <w:r>
        <w:rPr>
          <w:rFonts w:ascii="Arial" w:hAnsi="Arial" w:cs="Arial"/>
          <w:b w:val="0"/>
          <w:i w:val="0"/>
          <w:sz w:val="20"/>
        </w:rPr>
        <w:t>2 km · 25 min · flat · free — From the Dolphin Port waterfront area, walk north along the bayside promenade past Kagoshima…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Sengan-en Garden Self-Guided Loop: </w:t>
      </w:r>
      <w:r>
        <w:rPr>
          <w:rFonts w:ascii="Arial" w:hAnsi="Arial" w:cs="Arial"/>
          <w:b w:val="0"/>
          <w:i w:val="0"/>
          <w:sz w:val="20"/>
        </w:rPr>
        <w:t>1 km · 60–90 min · uneven gravel · admission required — Inside Sengan-en, the garden path winds past bamboo groves, stone bridges, shrines, and ponds — 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5:21AM–7:06PM · Jul 5:23AM–7:23PM · Sep 6:01AM–6:23PM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cruiseports.org/kagoshima-city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Kagoshima, Kyushu,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goshim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Kinkowan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Kagoshima Municipal Science 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Shiroyama Park Observation Deck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Kagoshima Prefectural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Kagoshima City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Hirakawa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Francis Xavier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Karasujima Observation deck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