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Jost Van Dyke, British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Three square miles of barefoot Caribbean perfection — White Bay's blinding sands, legendary beach bars, and the original Painkiller cocktail await. No traffic lights, no chain stores, no hurry.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Great Harbour) · 🕒 Typical call: 6-8 hrs · 💵 US Dollar (USD) · 🗣️ English · 🏖️ Best for beach &amp; bar crawl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Great Harbour pier; no cruise ship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White Bay: </w:t>
      </w:r>
      <w:r>
        <w:rPr>
          <w:rFonts w:ascii="Arial" w:hAnsi="Arial" w:cs="Arial"/>
          <w:b w:val="0"/>
          <w:i w:val="0"/>
          <w:sz w:val="20"/>
        </w:rPr>
        <w:t>Taxi recommended — short but steep hill (~½ mile), ~$5–10/person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bars, the original Painkiller cocktail,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Soggy Dollar Bar and swimming with a wet dollar bill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$5–$10/person one-way — Open-air safari trucks and 4x4s meet arrivals at Great Harbour dock. Bunn's Taxi Service is a well-known local operator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Bay Beach &amp; Bar Crawl — </w:t>
      </w:r>
      <w:r>
        <w:rPr>
          <w:rFonts w:ascii="Arial" w:hAnsi="Arial" w:cs="Arial"/>
          <w:b w:val="0"/>
          <w:i w:val="0"/>
          <w:sz w:val="20"/>
        </w:rPr>
        <w:t>The island's signature experience: stake out a spot on White Bay's stunning white sand, then work your way through Soggy Dollar…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Bubbly Pool Hike — </w:t>
      </w:r>
      <w:r>
        <w:rPr>
          <w:rFonts w:ascii="Arial" w:hAnsi="Arial" w:cs="Arial"/>
          <w:b w:val="0"/>
          <w:i w:val="0"/>
          <w:sz w:val="20"/>
        </w:rPr>
        <w:t>A natural rock formation on the Atlantic-facing north shore where ocean swells crash through a narrow gap creating a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Charter to Sandy Cay &amp; Sandy Spit — </w:t>
      </w:r>
      <w:r>
        <w:rPr>
          <w:rFonts w:ascii="Arial" w:hAnsi="Arial" w:cs="Arial"/>
          <w:b w:val="0"/>
          <w:i w:val="0"/>
          <w:sz w:val="20"/>
        </w:rPr>
        <w:t>Two tiny uninhabited islets just offshore — Sandy Cay (a National Park with reef) and Sandy Spit (classic postcard desert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Lunch at Foxy's Tamarind Bar — </w:t>
      </w:r>
      <w:r>
        <w:rPr>
          <w:rFonts w:ascii="Arial" w:hAnsi="Arial" w:cs="Arial"/>
          <w:b w:val="0"/>
          <w:i w:val="0"/>
          <w:sz w:val="20"/>
        </w:rPr>
        <w:t>Legendary Great Harbour institution owned by Foxy Callwood, who may still be playing guitar and singing.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Harbour Beachfront Stroll: </w:t>
      </w:r>
      <w:r>
        <w:rPr>
          <w:rFonts w:ascii="Arial" w:hAnsi="Arial" w:cs="Arial"/>
          <w:b w:val="0"/>
          <w:i w:val="0"/>
          <w:sz w:val="20"/>
        </w:rPr>
        <w:t>15 min | Flat | Free — From the tender pier, walk the sandy waterfront road past Foxy's, small local shops, and colorful…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Bubbly Pool Trail (from Foxy's Taboo): </w:t>
      </w:r>
      <w:r>
        <w:rPr>
          <w:rFonts w:ascii="Arial" w:hAnsi="Arial" w:cs="Arial"/>
          <w:b w:val="0"/>
          <w:i w:val="0"/>
          <w:sz w:val="20"/>
        </w:rPr>
        <w:t>30 min round trip | Moderate | Rocky terrain — Taxi to Foxy's Taboo on the east end, then follow the marked trail across salt flats and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5:45AM–6:45PM · Jul 5:51AM–6:58PM · Sep 6:07AM–6:20PM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cruiseports.org/jost-van-dyke-island-bvi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Jost Van Dyke, British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ost-van-dyke-island-b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Bubbly Pool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Government House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Reef Underwater Park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Elizabeth II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Annaberg Sugar Plantation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Cruz Bay Visitor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Carolina Corral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Cyril B. Romney Tortola Pier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