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Jizan, Jizan Region, Saudi Arabia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Saudi Arabia's southernmost Red Sea port blends coral-fringed islands, green mountain terraces, and a living culture unchanged for centuries — the Flower Men still crown their heads with jasmine and marigolds.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(deep-water berth) · 🕒 Typical call: 8-10 hrs · 💵 Saudi Riyal (SAR) · 🗣️ Arabic (English limited) · 🌡️ Hot &amp; humid; Oct–Apr best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deep-water commercial port; shuttle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port;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Island snorkeling, mountain scenery, authentic Arabian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Farasan Islands day trip and the Heritage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30–50 SAR (~$8–14 USD) — Metered taxis available outside the terminal. Estimated 7 km to city center; negotiate or confirm meter use before depar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Farasan Islands Snorkel &amp; Beach — </w:t>
      </w:r>
      <w:r>
        <w:rPr>
          <w:rFonts w:ascii="Arial" w:hAnsi="Arial" w:cs="Arial"/>
          <w:b w:val="0"/>
          <w:i w:val="0"/>
          <w:sz w:val="20"/>
        </w:rPr>
        <w:t>An 80-island Red Sea archipelago with turquoise lagoons, pristine coral reefs, turtles, and the ancient sandstone ruins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Faifa Mountains &amp; the Flower Men — </w:t>
      </w:r>
      <w:r>
        <w:rPr>
          <w:rFonts w:ascii="Arial" w:hAnsi="Arial" w:cs="Arial"/>
          <w:b w:val="0"/>
          <w:i w:val="0"/>
          <w:sz w:val="20"/>
        </w:rPr>
        <w:t>Drive about 2 hours into misty, terraced highlands where the Faifa hill tribes — the 'Flower Men' — wear wreaths of fresh jasmine…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Village &amp; Al-Dosariyah Castle — </w:t>
      </w:r>
      <w:r>
        <w:rPr>
          <w:rFonts w:ascii="Arial" w:hAnsi="Arial" w:cs="Arial"/>
          <w:b w:val="0"/>
          <w:i w:val="0"/>
          <w:sz w:val="20"/>
        </w:rPr>
        <w:t>The open-air Heritage Village on the Corniche recreates Tihamah architecture with mud-brick houses, thatched huts, and live…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 Souk &amp; Spice Market — </w:t>
      </w:r>
      <w:r>
        <w:rPr>
          <w:rFonts w:ascii="Arial" w:hAnsi="Arial" w:cs="Arial"/>
          <w:b w:val="0"/>
          <w:i w:val="0"/>
          <w:sz w:val="20"/>
        </w:rPr>
        <w:t>Jizan's waterfront souk bursts with the morning's Red Sea catch alongside stalls selling frankincense, local honey,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Al-Khoubah Hot Springs — </w:t>
      </w:r>
      <w:r>
        <w:rPr>
          <w:rFonts w:ascii="Arial" w:hAnsi="Arial" w:cs="Arial"/>
          <w:b w:val="0"/>
          <w:i w:val="0"/>
          <w:sz w:val="20"/>
        </w:rPr>
        <w:t>About 75 km from the port, mineral-rich natural hot springs surrounded by date palms.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Jizan Corniche &amp; Heritage Village Stroll: </w:t>
      </w:r>
      <w:r>
        <w:rPr>
          <w:rFonts w:ascii="Arial" w:hAnsi="Arial" w:cs="Arial"/>
          <w:b w:val="0"/>
          <w:i w:val="0"/>
          <w:sz w:val="20"/>
        </w:rPr>
        <w:t>1.5 km · Easy · ~30 min — From the shuttle drop-off near the Heritage Village, walk north along the South Corniche promenade.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5:38AM–6:33PM · Jul 5:44AM–6:46PM · Sep 5:58AM–6:11PM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cruiseports.org/jizan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Jizan, Jizan Region, Saudi Arabia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iz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Corniche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Literary Club in Jazan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Adosareyah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Awqat Saeeda Theme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