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Jersey, Channel Islands, UK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island with an outsized story — five years of Nazi occupation, 800-year-old castles, and some of Britain's finest beaches, all packed into nine miles by five.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or pier for small vessels · 🕒 Typical call: 8–10 hrs · 💷 Jersey Pound (= GBP; UK cards accepted everywhere) · 🗣️ English (French street names) · 🌊 Channel Islands, Crown Dependency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Albert Pier Pontoon (ships &gt;185m); small ships may berth at Albert Pier, St Helier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~10 min from Albert Pier to Liberation Square, St Helier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castle-hopping, wildlife conservation,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Jersey War Tunnels and Mont Orgueil Castle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£5–£10 — Taxi ranks are at St. Helier Harbour (the cruise terminal) and throughout the city. The port is right in the heart of 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Jersey War Tunnels (Hohlgangsanlage 8) — </w:t>
      </w:r>
      <w:r>
        <w:rPr>
          <w:rFonts w:ascii="Arial" w:hAnsi="Arial" w:cs="Arial"/>
          <w:b w:val="0"/>
          <w:i w:val="0"/>
          <w:sz w:val="20"/>
        </w:rPr>
        <w:t>An extensive underground hospital complex carved by forced labour under German occupation, now a powerful WWII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 Orgueil Castle — </w:t>
      </w:r>
      <w:r>
        <w:rPr>
          <w:rFonts w:ascii="Arial" w:hAnsi="Arial" w:cs="Arial"/>
          <w:b w:val="0"/>
          <w:i w:val="0"/>
          <w:sz w:val="20"/>
        </w:rPr>
        <w:t>A 13th-century fortress perched dramatically above Gorey harbour on Jersey's east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Elizabeth Castle &amp; Liberation Square — </w:t>
      </w:r>
      <w:r>
        <w:rPr>
          <w:rFonts w:ascii="Arial" w:hAnsi="Arial" w:cs="Arial"/>
          <w:b w:val="0"/>
          <w:i w:val="0"/>
          <w:sz w:val="20"/>
        </w:rPr>
        <w:t>A magnificent 16th-century sea fortress on a tidal islet in St Aubin's Bay — reach it by amphibious vehicle or on foot at low tide.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Durrell Wildlife Park (Jersey Zoo) — </w:t>
      </w:r>
      <w:r>
        <w:rPr>
          <w:rFonts w:ascii="Arial" w:hAnsi="Arial" w:cs="Arial"/>
          <w:b w:val="0"/>
          <w:i w:val="0"/>
          <w:sz w:val="20"/>
        </w:rPr>
        <w:t>Founded by naturalist Gerald Durrell, this world-renowned conservation park is home to some of the planet's most endangered…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Brelade's Bay — </w:t>
      </w:r>
      <w:r>
        <w:rPr>
          <w:rFonts w:ascii="Arial" w:hAnsi="Arial" w:cs="Arial"/>
          <w:b w:val="0"/>
          <w:i w:val="0"/>
          <w:sz w:val="20"/>
        </w:rPr>
        <w:t>Jersey's most popular beach — a sweeping crescent of golden sand on the sheltered south-west coast.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Liberation Square &amp; St Helier Town Centre: </w:t>
      </w:r>
      <w:r>
        <w:rPr>
          <w:rFonts w:ascii="Arial" w:hAnsi="Arial" w:cs="Arial"/>
          <w:b w:val="0"/>
          <w:i w:val="0"/>
          <w:sz w:val="20"/>
        </w:rPr>
        <w:t>1–2 hrs · Flat · Free — From the Albert Pier Pontoon, walk west along the waterfront to Liberation Square — home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Gorey Harbour &amp; Mont Orgueil Village: </w:t>
      </w:r>
      <w:r>
        <w:rPr>
          <w:rFonts w:ascii="Arial" w:hAnsi="Arial" w:cs="Arial"/>
          <w:b w:val="0"/>
          <w:i w:val="0"/>
          <w:sz w:val="20"/>
        </w:rPr>
        <w:t>1 hr on foot (after bus) · Moderate · Paid castle entry — Take LibertyBus to Gorey, then walk the quayside past brightly coloured boats to the foot of Mont…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Tides are extreme. Jersey has some of Europe's largest tidal ranges (up to 12m). Always check tide times before walking to Elizabeth Castle or exploring…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LibertyBus is your friend. The island bus network is reliable, clean, and cheap — pay by contactless card on board. A day rover ticket gives unlimited travel…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Jersey Pounds equal GBP but are not accepted on the UK mainland. Spend them on the island. UK bank cards work everywhere; most places take contactless.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cruiseports.org/jersey-island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