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Jekyll Island, Georgia,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exclusive winter retreat of Rockefellers and Vanderbilts, Jekyll Island is now a preserved Georgia barrier island with 10 miles of beaches, a National Historic Landmark district, and wild sea turtle nesting grounds.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docked (Jekyll Harbor Marina) · 🕒 Typical call: 6-8 hrs · 💵 USD · 🗣️ English · 🚲 Bike-friendly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at Jekyll Harbor Marina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Historic District: </w:t>
      </w:r>
      <w:r>
        <w:rPr>
          <w:rFonts w:ascii="Arial" w:hAnsi="Arial" w:cs="Arial"/>
          <w:b w:val="0"/>
          <w:i w:val="0"/>
          <w:sz w:val="20"/>
        </w:rPr>
        <w:t>~1.5 miles from marina; bikes or shuttle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nature,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Driftwood Beach and the Millionaires' Village trolley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$35–$45 — Metro Cab of Brunswick serves Jekyll Island. Expect $35–$45 from Brunswick (~12 miles). A $8–$10 island entrance fee per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Millionaires' Village Trolley Tour — </w:t>
      </w:r>
      <w:r>
        <w:rPr>
          <w:rFonts w:ascii="Arial" w:hAnsi="Arial" w:cs="Arial"/>
          <w:b w:val="0"/>
          <w:i w:val="0"/>
          <w:sz w:val="20"/>
        </w:rPr>
        <w:t>A 60-minute guided trolley ride through the 240-acre Jekyll Island Historic District, a National Historic Landmark.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Driftwood Beach Walk — </w:t>
      </w:r>
      <w:r>
        <w:rPr>
          <w:rFonts w:ascii="Arial" w:hAnsi="Arial" w:cs="Arial"/>
          <w:b w:val="0"/>
          <w:i w:val="0"/>
          <w:sz w:val="20"/>
        </w:rPr>
        <w:t>Jekyll Island's most photographed spot — a hauntingly beautiful stretch of ancient, bleached oak and cedar trees standing…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Georgia Sea Turtle Center — </w:t>
      </w:r>
      <w:r>
        <w:rPr>
          <w:rFonts w:ascii="Arial" w:hAnsi="Arial" w:cs="Arial"/>
          <w:b w:val="0"/>
          <w:i w:val="0"/>
          <w:sz w:val="20"/>
        </w:rPr>
        <w:t>A working sea turtle rehabilitation hospital and education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Bike Tour — </w:t>
      </w:r>
      <w:r>
        <w:rPr>
          <w:rFonts w:ascii="Arial" w:hAnsi="Arial" w:cs="Arial"/>
          <w:b w:val="0"/>
          <w:i w:val="0"/>
          <w:sz w:val="20"/>
        </w:rPr>
        <w:t>Over 20 miles of paved multi-use trails crisscross the island, connecting the marina, Historic District, all six beach parks,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Beaches &amp; Beach Parks — </w:t>
      </w:r>
      <w:r>
        <w:rPr>
          <w:rFonts w:ascii="Arial" w:hAnsi="Arial" w:cs="Arial"/>
          <w:b w:val="0"/>
          <w:i w:val="0"/>
          <w:sz w:val="20"/>
        </w:rPr>
        <w:t>Jekyll has seven beach access parks along 10 miles of undeveloped coastline.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Historic District: </w:t>
      </w:r>
      <w:r>
        <w:rPr>
          <w:rFonts w:ascii="Arial" w:hAnsi="Arial" w:cs="Arial"/>
          <w:b w:val="0"/>
          <w:i w:val="0"/>
          <w:sz w:val="20"/>
        </w:rPr>
        <w:t>1.5 miles one-way · Flat · 30 min walk — Walk or bike east from Jekyll Harbor Marina through the maritime forest to the Jekyll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Driftwood Beach to Great Dunes Park: </w:t>
      </w:r>
      <w:r>
        <w:rPr>
          <w:rFonts w:ascii="Arial" w:hAnsi="Arial" w:cs="Arial"/>
          <w:b w:val="0"/>
          <w:i w:val="0"/>
          <w:sz w:val="20"/>
        </w:rPr>
        <w:t>~3.5 miles one-way · Flat · bike recommended (~25 min ride) — Start at Driftwood Beach (N.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6:30AM–8:14PM · Jul 6:32AM–8:30PM · Sep 7:10AM–7:30PM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cruiseports.org/jekyll-island-ga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Jekyll Island, Georgia,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jekyll-island-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Simons Island Lighthouse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City of Brunswick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Summer Waves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Indian Mound Cottage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Mosaic, Jekyll Island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Mallery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Blythe Island Regional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Hamilton Plantation Slave Cabins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