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Jeju Island, Jeju Province, South Korea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Korea's volcanic island delivers UNESCO lava tubes, a sunrise-crater hike, diving women who free-dive for seafood, and black-pork bibimbap — all within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(two ports) · 🕒 Typical call: 8-10 hrs · 💵 Korean Won (KRW) · 🗣️ Korean (English signage at key sites)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Jeju City Port (north) or Seogwipo Gangjeong Port (south) — both pier berths,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Jeju City Port: ~2 km to Dongmun Market; Gangjeong: free shuttle to Seogwipo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Volcanic landscapes, UNESCO hikes, Korean culture &amp;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Seongsan Ilchulbong sunrise crater and haenyeo (women diver) demonstration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₩8,000–₩10,000 (~$6–$8 USD) to city center — Taxis are metered, plentiful at the port, and an easy option. The terminal is ~2–3 km from Jeju City center. Jumbo taxis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Kakao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Jeju City Tour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Seongsan Ilchulbong (Sunrise Peak) — </w:t>
      </w:r>
      <w:r>
        <w:rPr>
          <w:rFonts w:ascii="Arial" w:hAnsi="Arial" w:cs="Arial"/>
          <w:b w:val="0"/>
          <w:i w:val="0"/>
          <w:sz w:val="20"/>
        </w:rPr>
        <w:t>Climb this ~5,000-year-old volcanic tuff cone for sweeping views of the coast and crater.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Manjanggul Lava Tube — </w:t>
      </w:r>
      <w:r>
        <w:rPr>
          <w:rFonts w:ascii="Arial" w:hAnsi="Arial" w:cs="Arial"/>
          <w:b w:val="0"/>
          <w:i w:val="0"/>
          <w:sz w:val="20"/>
        </w:rPr>
        <w:t>Walk through one of the world's longest lava tubes — a 7.4 km UNESCO-listed underground passage formed by ancient volcanic flows.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Haenyeo Experience &amp; Seongeup Folk Village — </w:t>
      </w:r>
      <w:r>
        <w:rPr>
          <w:rFonts w:ascii="Arial" w:hAnsi="Arial" w:cs="Arial"/>
          <w:b w:val="0"/>
          <w:i w:val="0"/>
          <w:sz w:val="20"/>
        </w:rPr>
        <w:t>Watch Jeju's legendary women free-divers (haenyeo) harvest seafood without oxygen equipment — a UNESCO Intangible Heritage…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Cheonjiyeon &amp; Jeongbang Waterfalls — </w:t>
      </w:r>
      <w:r>
        <w:rPr>
          <w:rFonts w:ascii="Arial" w:hAnsi="Arial" w:cs="Arial"/>
          <w:b w:val="0"/>
          <w:i w:val="0"/>
          <w:sz w:val="20"/>
        </w:rPr>
        <w:t>Two of Jeju's most celebrated waterfalls, both near Seogwipo.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Dongmun &amp; Olle Market Food Tour — </w:t>
      </w:r>
      <w:r>
        <w:rPr>
          <w:rFonts w:ascii="Arial" w:hAnsi="Arial" w:cs="Arial"/>
          <w:b w:val="0"/>
          <w:i w:val="0"/>
          <w:sz w:val="20"/>
        </w:rPr>
        <w:t>Dongmun Traditional Market (Jeju City) and Maeil Olle Market (Seogwipo) are the island's top food hubs.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Jeju City Waterfront &amp; Yongduam Rock: </w:t>
      </w:r>
      <w:r>
        <w:rPr>
          <w:rFonts w:ascii="Arial" w:hAnsi="Arial" w:cs="Arial"/>
          <w:b w:val="0"/>
          <w:i w:val="0"/>
          <w:sz w:val="20"/>
        </w:rPr>
        <w:t>2 km · 45 min · Easy — From Jeju City Port, walk west along the coastline to Yongduam (Dragon Head Rock) — a dramatic lava…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Seopjikoji Coastal Path: </w:t>
      </w:r>
      <w:r>
        <w:rPr>
          <w:rFonts w:ascii="Arial" w:hAnsi="Arial" w:cs="Arial"/>
          <w:b w:val="0"/>
          <w:i w:val="0"/>
          <w:sz w:val="20"/>
        </w:rPr>
        <w:t>2 km loop · 1 hr · Easy — On the eastern tip of the island near Seongsan, this clifftop coastal trail offers dramatic ocean…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5:33AM–7:27PM · Jul 5:35AM–7:44PM · Sep 6:17AM–6:40PM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cruiseports.org/jeju-island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Jeju Island, Jeju Province, South Korea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eju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함덕서우봉해변종합관리센터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Sinjeju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용진각대피소 옛터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Sumokwon theme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Jejumok Gwana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Jeju Samyang-dong Prehistoric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Dongmun Traditional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Space IAa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