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Jan Mayen Island, Arctic Ocean, Norway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Dominated by the world's northernmost active volcano and shrouded in near-perpetual fog, Jan Mayen is one of the rarest and most dramatic stops in all of expedition cruising. Landings are never guaranteed — which makes a successful one unforgettable.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Zodiac/Tender only (no pier) · 🕒 Typical call: 4-6 hrs (weather permitting) · 💵 Currency: NOK (Norwegian Krone) · 🗣️ Language: Norwegian · 🌋 Expedition cruises only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Zodiac wet landing only — no pier exists. Landings subject to Norwegian authority permission and sea conditions.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Landing Rate: </w:t>
      </w:r>
      <w:r>
        <w:rPr>
          <w:rFonts w:ascii="Arial" w:hAnsi="Arial" w:cs="Arial"/>
          <w:b w:val="0"/>
          <w:i w:val="0"/>
          <w:sz w:val="20"/>
        </w:rPr>
        <w:t>Roughly 50% of scheduled stops are cancelled due to heavy swells, fog, or swell. A successful landing is a genuine achievement.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Seabird and whale watching, volcanic landscapes, extreme Arctic remoteness, rare passport stamps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Beerenberg volcano from the sea, Kvalrossbukta's 17th-century whaling ruins, and seabird cliffs packed with puffins and little auks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Kvalrossbukta Landing &amp; Whaling Ruins — </w:t>
      </w:r>
      <w:r>
        <w:rPr>
          <w:rFonts w:ascii="Arial" w:hAnsi="Arial" w:cs="Arial"/>
          <w:b w:val="0"/>
          <w:i w:val="0"/>
          <w:sz w:val="20"/>
        </w:rPr>
        <w:t>The most common landing site — a sweeping black-sand bay named for the walruses once hunted here.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Seabird Colony Watch — </w:t>
      </w:r>
      <w:r>
        <w:rPr>
          <w:rFonts w:ascii="Arial" w:hAnsi="Arial" w:cs="Arial"/>
          <w:b w:val="0"/>
          <w:i w:val="0"/>
          <w:sz w:val="20"/>
        </w:rPr>
        <w:t>Jan Mayen's basalt cliffs host enormous breeding colonies of Atlantic puffins, little auks (dovekies), Brünnich's guillemots…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Beerenberg Volcano Scenic Cruise — </w:t>
      </w:r>
      <w:r>
        <w:rPr>
          <w:rFonts w:ascii="Arial" w:hAnsi="Arial" w:cs="Arial"/>
          <w:b w:val="0"/>
          <w:i w:val="0"/>
          <w:sz w:val="20"/>
        </w:rPr>
        <w:t>Even without a landing, cruising beneath Beerenberg is extraordinary.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Olonkinbyen Station Visit — </w:t>
      </w:r>
      <w:r>
        <w:rPr>
          <w:rFonts w:ascii="Arial" w:hAnsi="Arial" w:cs="Arial"/>
          <w:b w:val="0"/>
          <w:i w:val="0"/>
          <w:sz w:val="20"/>
        </w:rPr>
        <w:t>If the Station Commander permits, passengers may walk to the small Norwegian military/meteorological station — the island's only…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Whale &amp; Marine Mammal Watch — </w:t>
      </w:r>
      <w:r>
        <w:rPr>
          <w:rFonts w:ascii="Arial" w:hAnsi="Arial" w:cs="Arial"/>
          <w:b w:val="0"/>
          <w:i w:val="0"/>
          <w:sz w:val="20"/>
        </w:rPr>
        <w:t>The nutrient-rich waters around Jan Mayen are excellent for cetaceans.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Kvalrossbukta Beach &amp; Whaling Site: </w:t>
      </w:r>
      <w:r>
        <w:rPr>
          <w:rFonts w:ascii="Arial" w:hAnsi="Arial" w:cs="Arial"/>
          <w:b w:val="0"/>
          <w:i w:val="0"/>
          <w:sz w:val="20"/>
        </w:rPr>
        <w:t>1-2 km | Easy-moderate | 45-90 min — From the Zodiac landing point on Kvalrossbukta's black sand beach, walk east along the shoreline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Båtvika to Olonkinbyen: </w:t>
      </w:r>
      <w:r>
        <w:rPr>
          <w:rFonts w:ascii="Arial" w:hAnsi="Arial" w:cs="Arial"/>
          <w:b w:val="0"/>
          <w:i w:val="0"/>
          <w:sz w:val="20"/>
        </w:rPr>
        <w:t>1-2 km each way | Easy-moderate | 1-2 hrs — If landing at Båtvika (the southern landing site), a short walk leads to the Norwegian station 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Apr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Jun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Aug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13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Oct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Apr 5:56AM–8:45PM · Aug 5:24AM–9:22PM · Sep 6:46AM–7:42PM · Oct 8:04AM–6:05PM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KNOW BEFORE YOU GO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Knee-high rubber boots are mandatory. Zodiac landings on Jan Mayen are almost always wet landings — you will step into ankle- to knee-deep surf. If your cruise…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Manage your expectations — and be ready to be amazed anyway. Over half of all Jan Mayen landings are cancelled due to swells or fog. If you can't land,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 w:val="0"/>
          <w:i w:val="0"/>
          <w:sz w:val="20"/>
        </w:rPr>
        <w:t>Dress in full foul-weather gear, always. Even in July, temperatures hover near 0-5°C with biting wind. Waterproof outer layers, thermal mid-layers, gloves, and…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cruiseports.org/jan-mayen-island · Confirm terminal &amp; all-aboard time with your ship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