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Jabal Al-Sabaya Island, Red Sea, Saudi Arabia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Saudi Arabia's exclusive private island getaway in the Red Sea. Arrive by tender to Saba Beach — pristine coral reefs, ATV trails across the island's rugged interior, and beachside cabanas built for cruise-only visitors.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(10-min Zodiac/tender ride) · 🕒 Typical call: 6-8 hrs · 💵 Saudi Riyal / USD accepted on ship excursions · 🗣️ Arabic (English on island) · 🏖️ Private island — cruise passengers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no pier (future pier planned)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Location: </w:t>
      </w:r>
      <w:r>
        <w:rPr>
          <w:rFonts w:ascii="Arial" w:hAnsi="Arial" w:cs="Arial"/>
          <w:b w:val="0"/>
          <w:i w:val="0"/>
          <w:sz w:val="20"/>
        </w:rPr>
        <w:t>~220 nautical miles south-southeast of Jeddah, near Al Qunfudhah, Saudi Arabia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day, snorkeling, kayaking, ATV, relaxation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Snorkeling the untouched Red Sea coral reefs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Red Sea Snorkeling — </w:t>
      </w:r>
      <w:r>
        <w:rPr>
          <w:rFonts w:ascii="Arial" w:hAnsi="Arial" w:cs="Arial"/>
          <w:b w:val="0"/>
          <w:i w:val="0"/>
          <w:sz w:val="20"/>
        </w:rPr>
        <w:t>Gear up and wade straight from Saba Beach into crystal-clear water over pristine coral gardens.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ATV Island Trails — </w:t>
      </w:r>
      <w:r>
        <w:rPr>
          <w:rFonts w:ascii="Arial" w:hAnsi="Arial" w:cs="Arial"/>
          <w:b w:val="0"/>
          <w:i w:val="0"/>
          <w:sz w:val="20"/>
        </w:rPr>
        <w:t>Aroya's 30-minute guided ATV excursion takes you across the island's rugged interior to elevated viewpoints with sweeping Red Sea…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Cabana Day on Saba Beach — </w:t>
      </w:r>
      <w:r>
        <w:rPr>
          <w:rFonts w:ascii="Arial" w:hAnsi="Arial" w:cs="Arial"/>
          <w:b w:val="0"/>
          <w:i w:val="0"/>
          <w:sz w:val="20"/>
        </w:rPr>
        <w:t>Rent one of 25 private beachside cabanas for up to four guests.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&amp; Pedalo — </w:t>
      </w:r>
      <w:r>
        <w:rPr>
          <w:rFonts w:ascii="Arial" w:hAnsi="Arial" w:cs="Arial"/>
          <w:b w:val="0"/>
          <w:i w:val="0"/>
          <w:sz w:val="20"/>
        </w:rPr>
        <w:t>Single and double kayaks plus pedalo boats for up to four people are available for hourly rental along the calm beach shallows.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Saba Beach Stroll: </w:t>
      </w:r>
      <w:r>
        <w:rPr>
          <w:rFonts w:ascii="Arial" w:hAnsi="Arial" w:cs="Arial"/>
          <w:b w:val="0"/>
          <w:i w:val="0"/>
          <w:sz w:val="20"/>
        </w:rPr>
        <w:t>~1 km one-way | Easy | Flat sand — Walk the full length of Saba Beach from the tender landing to the far end of the beach zone.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6:00AM–6:32PM · Jun 5:39AM–6:53PM · Aug 5:57AM–6:43PM · Sep 6:02AM–6:18PM · Oct 6:08AM–5:53PM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Water shoes are essential — the tender landing and shoreline have rocky volcanic sections alongside soft sand.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serious sun protection — the Red Sea sun is intense and there's limited shade outside of cabanas. Hat, reef-safe sunscreen, and UV clothing strongly…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No alcohol on the island — Saudi Arabia prohibits alcohol. Expect non-alcoholic cocktails, juices, and soft drinks only.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cruiseports.org/jabal-al-sabaya-island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