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Ixtapa-Zihuatanejo, Guerrero,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worlds in one port day: Zihuatanejo is the bohemian fishing village Andy Dufresne escaped to at the end of Shawshank Redemption; Ixtapa is the polished resort zone three miles down the road. Your tender drops you right in the middle of the real 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8–10 hrs · 💵 USD accepted, MXN preferred · 🗣️ Spanish (English in tourist zones)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Zihuatanejo Bay; 10–15 min tender ride to Muelle Municipal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pier lands in downtown Zihuatanejo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fresh seafood, artisan shopping, snorkeling at Las Gatas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Tiritas de pescado (local raw-fish dish) and Playa La Ropa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MXN 30–80 (~USD 2–4) — Fixed-rate taxis (no meters) are plentiful. Confirm the fare before getting in. Rides to Playa La Ropa or other beaches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La Ropa Beach Day — </w:t>
      </w:r>
      <w:r>
        <w:rPr>
          <w:rFonts w:ascii="Arial" w:hAnsi="Arial" w:cs="Arial"/>
          <w:b w:val="0"/>
          <w:i w:val="0"/>
          <w:sz w:val="20"/>
        </w:rPr>
        <w:t>The bay's best swimming beach — a mile of palm-shaded sand with calm water, palapas, and open-air restaurants serving fresh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Playa Las Gatas — </w:t>
      </w:r>
      <w:r>
        <w:rPr>
          <w:rFonts w:ascii="Arial" w:hAnsi="Arial" w:cs="Arial"/>
          <w:b w:val="0"/>
          <w:i w:val="0"/>
          <w:sz w:val="20"/>
        </w:rPr>
        <w:t>A short water-taxi hop from the pier ($5–8 USD round-trip) reaches a sheltered cove with a pre-Hispanic stone reef barrier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Xihuacan Archaeological Site — </w:t>
      </w:r>
      <w:r>
        <w:rPr>
          <w:rFonts w:ascii="Arial" w:hAnsi="Arial" w:cs="Arial"/>
          <w:b w:val="0"/>
          <w:i w:val="0"/>
          <w:sz w:val="20"/>
        </w:rPr>
        <w:t>About 45 minutes south, Xihuacan holds a clay-brick pyramid, ancient ball court, and museum of Cuitlateca artifacts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Ixtapa Crocodile Sanctuary &amp; Bike Path — </w:t>
      </w:r>
      <w:r>
        <w:rPr>
          <w:rFonts w:ascii="Arial" w:hAnsi="Arial" w:cs="Arial"/>
          <w:b w:val="0"/>
          <w:i w:val="0"/>
          <w:sz w:val="20"/>
        </w:rPr>
        <w:t>Cycle Ixtapa's 5-mile jungle path (rental bikes ~$5), then visit the Aztlán Park sanctuary at Playa Linda where wild crocs…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Catamaran Sail &amp; Snorkel — </w:t>
      </w:r>
      <w:r>
        <w:rPr>
          <w:rFonts w:ascii="Arial" w:hAnsi="Arial" w:cs="Arial"/>
          <w:b w:val="0"/>
          <w:i w:val="0"/>
          <w:sz w:val="20"/>
        </w:rPr>
        <w:t>Catamarans depart from the Zihuatanejo pier for half-day sails around the bay with snorkeling stops at secluded coves including…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del Pescador Waterfront Walk: </w:t>
      </w:r>
      <w:r>
        <w:rPr>
          <w:rFonts w:ascii="Arial" w:hAnsi="Arial" w:cs="Arial"/>
          <w:b w:val="0"/>
          <w:i w:val="0"/>
          <w:sz w:val="20"/>
        </w:rPr>
        <w:t>1 km · Flat · 20 min — Start at the Muelle Municipal tender pier and follow the pedestrian boardwalk past morning fish…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Centro Artisan Market Loop: </w:t>
      </w:r>
      <w:r>
        <w:rPr>
          <w:rFonts w:ascii="Arial" w:hAnsi="Arial" w:cs="Arial"/>
          <w:b w:val="0"/>
          <w:i w:val="0"/>
          <w:sz w:val="20"/>
        </w:rPr>
        <w:t>0.5 km · Flat · 30 min browsing — From the pier, duck into the Mercado de Artesanías for silver jewelry, ceramics, and woven goods…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6:13AM–7:11PM · Jul 6:19AM–7:24PM · Sep 6:34AM–6:47PM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cruiseports.org/ixtapa-zihuatanejo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Ixtapa-Zihuatanejo, Guerrero,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xtapa-zihuatanej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Picante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Zihuatanejo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Zihuatanejo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Arqueológico de la Costa Grande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la Madera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PARTENON ZIHUATANEJO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 Bailarines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Bahia de Zihuatanejo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