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Ittoqqortoormiit, East Greenland,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scattering of brightly painted houses clinging to a rocky headland at the mouth of Scoresby Sund — the world's largest fjord system. Around 350 people live here, sustained by hunting and the memory of centuries of Inuit ingenuity. For a cruiser, this is as remote as it gets.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Zodiac/Tender (no pier) · 🕒 Typical call: 5–8 hrs · 💵 Danish Krone (DKK) · 🗣️ East Greenlandic, Danish · 🌡️ Season: July–September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or tender to rocky shore — all expedition vessels anchor offshore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Landing puts you inside the village; everything is within 10–15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Arctic wilderness, Inuit culture, iceberg photography, wildlife spotting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Boat trip into Scoresby Sund for icebergs; the Ittoqqortoormiit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Scoresby Sund Boat Trip — </w:t>
      </w:r>
      <w:r>
        <w:rPr>
          <w:rFonts w:ascii="Arial" w:hAnsi="Arial" w:cs="Arial"/>
          <w:b w:val="0"/>
          <w:i w:val="0"/>
          <w:sz w:val="20"/>
        </w:rPr>
        <w:t>A small-boat voyage into the world's largest fjord system, weaving between colossal icebergs, dramatic basalt cliffs, and sheer…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Walk &amp; Inuit Museum — </w:t>
      </w:r>
      <w:r>
        <w:rPr>
          <w:rFonts w:ascii="Arial" w:hAnsi="Arial" w:cs="Arial"/>
          <w:b w:val="0"/>
          <w:i w:val="0"/>
          <w:sz w:val="20"/>
        </w:rPr>
        <w:t>Guided stroll through the colorful settlement with a local guide, stopping at the Ittoqqortoormiit Museum (housed in a 1930…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Musk Ox &amp; Arctic Wildlife Hike — </w:t>
      </w:r>
      <w:r>
        <w:rPr>
          <w:rFonts w:ascii="Arial" w:hAnsi="Arial" w:cs="Arial"/>
          <w:b w:val="0"/>
          <w:i w:val="0"/>
          <w:sz w:val="20"/>
        </w:rPr>
        <w:t>Guided hike on marked trails outside the settlement in search of musk oxen — common sightings around Ittoqqortoormiit — as well…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on the Sound — </w:t>
      </w:r>
      <w:r>
        <w:rPr>
          <w:rFonts w:ascii="Arial" w:hAnsi="Arial" w:cs="Arial"/>
          <w:b w:val="0"/>
          <w:i w:val="0"/>
          <w:sz w:val="20"/>
        </w:rPr>
        <w:t>Paddle among ice floes and icebergs in Scoresby Sund in a sea kayak.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Abandoned Settlement Visits — </w:t>
      </w:r>
      <w:r>
        <w:rPr>
          <w:rFonts w:ascii="Arial" w:hAnsi="Arial" w:cs="Arial"/>
          <w:b w:val="0"/>
          <w:i w:val="0"/>
          <w:sz w:val="20"/>
        </w:rPr>
        <w:t>Boat trips can include stops at Cape Tobin (Uunarteq) — site of a former settlement about 7 km south of the village, with hot…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Loop: </w:t>
      </w:r>
      <w:r>
        <w:rPr>
          <w:rFonts w:ascii="Arial" w:hAnsi="Arial" w:cs="Arial"/>
          <w:b w:val="0"/>
          <w:i w:val="0"/>
          <w:sz w:val="20"/>
        </w:rPr>
        <w:t>~1.5 km · 20–30 min · Easy — From the landing quay, walk up through the settlement past the colorful wooden houses, the church…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Tundra Ridge Viewpoint: </w:t>
      </w:r>
      <w:r>
        <w:rPr>
          <w:rFonts w:ascii="Arial" w:hAnsi="Arial" w:cs="Arial"/>
          <w:b w:val="0"/>
          <w:i w:val="0"/>
          <w:sz w:val="20"/>
        </w:rPr>
        <w:t>~3 km · 1–1.5 hrs · Easy-moderate — Follow the marked hiking trail up the hillside behind the village to a ridge with panoramic views…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4:19AM–8:39PM · Sep 5:40AM–7:02PM · Oct 7:44AM–4:40PM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Don't miss the last Zodiac. There are no hotels in Ittoqqortoormiit. Know your ship's return time and be back early — conditions can change fast.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Danish Krone cash. The Pilersuisoq store and Nanu Travel accept cards, but local craft sellers deal in cash only. ATMs do not exist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Do not touch the sled dogs. They are working animals, not pets, and can be aggressive. Stay on paths and away from dog yards.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cruiseports.org/ittoqqortoormiit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