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Ithaca Island, Ionian Islands,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legendary home of Odysseus rises from the Ionian Sea in a mosaic of emerald hills and electric-blue coves. Unspoiled by mass tourism, Ithaca rewards unhurried exploration with genuine Greek hospitality, mythic landscapes, and the quietest harbourfront you'll find on any Greek itinerary.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💶 Currency: Euro (€) · 🗣️ Language: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Vathy Bay; 5–10 min tender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Immediate — tender drops at the Vathy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Mythology, quiet beaches, authentic tavernas, scenic hikes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Water taxi to Gidaki Beach &amp; the Statue of Odysseus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Taxis wait at the Vathy port and are the easiest way to get around. Pre-arrange during peak summer (July–August) as dema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of Odysseus &amp; School of Homer — </w:t>
      </w:r>
      <w:r>
        <w:rPr>
          <w:rFonts w:ascii="Arial" w:hAnsi="Arial" w:cs="Arial"/>
          <w:b w:val="0"/>
          <w:i w:val="0"/>
          <w:sz w:val="20"/>
        </w:rPr>
        <w:t>Head to the northern village of Exogi to visit the Mycenaean ruins at Agios Athanasios, long associated with the legendary palace…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 Taxi to Gidaki Beach — </w:t>
      </w:r>
      <w:r>
        <w:rPr>
          <w:rFonts w:ascii="Arial" w:hAnsi="Arial" w:cs="Arial"/>
          <w:b w:val="0"/>
          <w:i w:val="0"/>
          <w:sz w:val="20"/>
        </w:rPr>
        <w:t>The island's most stunning beach is accessible only by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Vathy Town &amp; Archaeological Museum — </w:t>
      </w:r>
      <w:r>
        <w:rPr>
          <w:rFonts w:ascii="Arial" w:hAnsi="Arial" w:cs="Arial"/>
          <w:b w:val="0"/>
          <w:i w:val="0"/>
          <w:sz w:val="20"/>
        </w:rPr>
        <w:t>Stroll the horseshoe harbour promenade, admire the rebuilt Venetian-style townhouses, and visit the small Archaeological Museum…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Filiatro &amp; Dexa Beach Half-Day — </w:t>
      </w:r>
      <w:r>
        <w:rPr>
          <w:rFonts w:ascii="Arial" w:hAnsi="Arial" w:cs="Arial"/>
          <w:b w:val="0"/>
          <w:i w:val="0"/>
          <w:sz w:val="20"/>
        </w:rPr>
        <w:t>Dexa Beach (Odysseus's mythic landing spot) is a 25-minute walk or 5-minute taxi; Filiatro is 10 minutes by taxi with sunbeds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Northern Villages: Kioni &amp; Anogi — </w:t>
      </w:r>
      <w:r>
        <w:rPr>
          <w:rFonts w:ascii="Arial" w:hAnsi="Arial" w:cs="Arial"/>
          <w:b w:val="0"/>
          <w:i w:val="0"/>
          <w:sz w:val="20"/>
        </w:rPr>
        <w:t>With 8+ hours in port, a tour to the postcard-perfect fishing village of Kioni and the Byzantine tower at Anogi reveals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Vathy Waterfront &amp; Town Stroll: </w:t>
      </w:r>
      <w:r>
        <w:rPr>
          <w:rFonts w:ascii="Arial" w:hAnsi="Arial" w:cs="Arial"/>
          <w:b w:val="0"/>
          <w:i w:val="0"/>
          <w:sz w:val="20"/>
        </w:rPr>
        <w:t>1.5 km · 20–30 min · Easy · Free — From the tender landing walk the full arc of the harbour promenade past the Statue of Odysseus,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Vathy to Dexa Beach: </w:t>
      </w:r>
      <w:r>
        <w:rPr>
          <w:rFonts w:ascii="Arial" w:hAnsi="Arial" w:cs="Arial"/>
          <w:b w:val="0"/>
          <w:i w:val="0"/>
          <w:sz w:val="20"/>
        </w:rPr>
        <w:t>2.5 km one way · 25–30 min · Easy–Moderate · Free — Follow the coastal road south out of Vathy toward the bay entrance to reach Dexa Beach, where…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6:02AM–8:14PM · Jul 6:02AM–8:33PM · Sep 6:54AM–7:19PM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cruiseports.org/ithaca-island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Ithaca Island, Ionian Islands,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thac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Melissani Cave Lake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Odyssey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Folklore and Nautical Museum of Ithaca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Venetian cannons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Vathi Port viewpoint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