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Tiree, Inner Hebrides,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Known as the 'Hawaii of the North', Tiree is a flat, windswept island of brilliant white beaches and machair carpeted in summer wildflowers — one of Scotland's most unspoiled and sunshine-rich spots.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 at Gott Bay) · 🕒 Typical call: 6-8 hrs · 💷 Currency: British Pounds (GBP) · 🗣️ Language: English (Gaelic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anchor in Gott Bay; tenders land at Scarinish Ferry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~1.2 miles (20–25 min flat walk) from pier to Scarinish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birdwatching, cycling, walking, Hebridean tranquility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Ringing Stone near Vaul — a glacial erratic that rings like a bell when tapped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Machair Wildflower Walk — </w:t>
      </w:r>
      <w:r>
        <w:rPr>
          <w:rFonts w:ascii="Arial" w:hAnsi="Arial" w:cs="Arial"/>
          <w:b w:val="0"/>
          <w:i w:val="0"/>
          <w:sz w:val="20"/>
        </w:rPr>
        <w:t>In June–August, Tiree's coastal machair bursts into a carpet of yellow, purple, and white wildflowers — one of Europe's rarest…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Ringing Stone (Clach a' Choire) — </w:t>
      </w:r>
      <w:r>
        <w:rPr>
          <w:rFonts w:ascii="Arial" w:hAnsi="Arial" w:cs="Arial"/>
          <w:b w:val="0"/>
          <w:i w:val="0"/>
          <w:sz w:val="20"/>
        </w:rPr>
        <w:t>A massive glacial erratic on the north coast that produces a clear metallic ring when tapped with a small pebble.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Skerryvore Shore Station, Hynish — </w:t>
      </w:r>
      <w:r>
        <w:rPr>
          <w:rFonts w:ascii="Arial" w:hAnsi="Arial" w:cs="Arial"/>
          <w:b w:val="0"/>
          <w:i w:val="0"/>
          <w:sz w:val="20"/>
        </w:rPr>
        <w:t>Built by Robert Louis Stevenson's uncle Alan, this Victorian shore station supported construction of the Skerryvore Lighthouse…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 Iodhlann Historical Centre — </w:t>
      </w:r>
      <w:r>
        <w:rPr>
          <w:rFonts w:ascii="Arial" w:hAnsi="Arial" w:cs="Arial"/>
          <w:b w:val="0"/>
          <w:i w:val="0"/>
          <w:sz w:val="20"/>
        </w:rPr>
        <w:t>Tiree's community archive in Scarinish holds historical documents, photographs, and stories covering Gaelic heritage, emigration…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Balevullin Beach &amp; Surf Watch — </w:t>
      </w:r>
      <w:r>
        <w:rPr>
          <w:rFonts w:ascii="Arial" w:hAnsi="Arial" w:cs="Arial"/>
          <w:b w:val="0"/>
          <w:i w:val="0"/>
          <w:sz w:val="20"/>
        </w:rPr>
        <w:t>Tiree's wildest beach on the northwest coast faces open Atlantic swells, making it Scotland's premier windsurfing and surfing…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Gott Bay Beach Stroll: </w:t>
      </w:r>
      <w:r>
        <w:rPr>
          <w:rFonts w:ascii="Arial" w:hAnsi="Arial" w:cs="Arial"/>
          <w:b w:val="0"/>
          <w:i w:val="0"/>
          <w:sz w:val="20"/>
        </w:rPr>
        <w:t>1-2 miles • 30-45 min • Easy — From the tender landing at Scarinish Pier, walk north along the sweeping arc of Gott Bay — 2.5…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Scarinish Village &amp; Old Harbour: </w:t>
      </w:r>
      <w:r>
        <w:rPr>
          <w:rFonts w:ascii="Arial" w:hAnsi="Arial" w:cs="Arial"/>
          <w:b w:val="0"/>
          <w:i w:val="0"/>
          <w:sz w:val="20"/>
        </w:rPr>
        <w:t>1.2 miles • 20-25 min • Easy — Walk from the pier into Scarinish to find the Yellow Hare café, An Iodhlann archive, the Scarinish…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5:11AM–9:36PM · Jul 4:59AM–10:06PM · Sep 6:59AM–7:44PM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cruiseports.org/isle-of-tiree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Isle of Tiree, Inner Hebrides,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e-of-tire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Staffa National Nature Reserve - Fingal's Cave (National Trust for Scotland)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Lunga, Treshnish Isles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Balevullin Beach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